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1D9B024" w14:textId="6FD65969" w:rsidR="002C4A89" w:rsidRPr="0093707C" w:rsidRDefault="008D5AB7" w:rsidP="002C4A89">
      <w:pPr>
        <w:jc w:val="center"/>
        <w:rPr>
          <w:rFonts w:ascii="Century Gothic" w:hAnsi="Century Gothic" w:cs="Arial"/>
          <w:b/>
          <w:bCs/>
          <w:sz w:val="48"/>
          <w:szCs w:val="48"/>
          <w:lang w:val="es-EC"/>
        </w:rPr>
      </w:pPr>
      <w:r w:rsidRPr="0093707C">
        <w:rPr>
          <w:noProof/>
          <w:lang w:val="es-EC"/>
        </w:rPr>
        <w:drawing>
          <wp:anchor distT="0" distB="0" distL="114300" distR="114300" simplePos="0" relativeHeight="251659264" behindDoc="1" locked="0" layoutInCell="1" allowOverlap="1" wp14:anchorId="35F0BB44" wp14:editId="0F7C6018">
            <wp:simplePos x="0" y="0"/>
            <wp:positionH relativeFrom="column">
              <wp:posOffset>-4208713</wp:posOffset>
            </wp:positionH>
            <wp:positionV relativeFrom="paragraph">
              <wp:posOffset>-9826</wp:posOffset>
            </wp:positionV>
            <wp:extent cx="7614744" cy="7648477"/>
            <wp:effectExtent l="0" t="0" r="0" b="0"/>
            <wp:wrapNone/>
            <wp:docPr id="925781692" name="Imagen 4" descr="Página Principal | Moodle Admisió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Página Principal | Moodle Admisión"/>
                    <pic:cNvPicPr>
                      <a:picLocks noChangeAspect="1" noChangeArrowheads="1"/>
                    </pic:cNvPicPr>
                  </pic:nvPicPr>
                  <pic:blipFill rotWithShape="1">
                    <a:blip r:embed="rId8" cstate="print">
                      <a:alphaModFix amt="2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69701"/>
                    <a:stretch/>
                  </pic:blipFill>
                  <pic:spPr bwMode="auto">
                    <a:xfrm>
                      <a:off x="0" y="0"/>
                      <a:ext cx="7614744" cy="764847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FE6DE39" w14:textId="2C46B97B" w:rsidR="008D5AB7" w:rsidRPr="00A260DD" w:rsidRDefault="008D5AB7" w:rsidP="008D5AB7">
      <w:pPr>
        <w:jc w:val="center"/>
        <w:rPr>
          <w:rFonts w:ascii="Century Gothic" w:hAnsi="Century Gothic" w:cs="Arial"/>
          <w:b/>
          <w:bCs/>
          <w:color w:val="244061" w:themeColor="accent1" w:themeShade="80"/>
          <w:sz w:val="36"/>
          <w:szCs w:val="36"/>
          <w:lang w:val="es-EC"/>
        </w:rPr>
      </w:pPr>
      <w:r w:rsidRPr="00A260DD">
        <w:rPr>
          <w:rFonts w:ascii="Century Gothic" w:hAnsi="Century Gothic" w:cs="Arial"/>
          <w:b/>
          <w:bCs/>
          <w:color w:val="244061" w:themeColor="accent1" w:themeShade="80"/>
          <w:sz w:val="36"/>
          <w:szCs w:val="36"/>
          <w:lang w:val="es-EC"/>
        </w:rPr>
        <w:t>UNIVERSIDAD LAICA “ELOY ALFARO” DE MANABÍ</w:t>
      </w:r>
    </w:p>
    <w:p w14:paraId="5370281B" w14:textId="2C25414C" w:rsidR="008D5AB7" w:rsidRPr="00A260DD" w:rsidRDefault="008D5AB7" w:rsidP="002C4A89">
      <w:pPr>
        <w:jc w:val="center"/>
        <w:rPr>
          <w:rFonts w:ascii="Century Gothic" w:hAnsi="Century Gothic" w:cs="Arial"/>
          <w:b/>
          <w:bCs/>
          <w:color w:val="244061" w:themeColor="accent1" w:themeShade="80"/>
          <w:sz w:val="36"/>
          <w:szCs w:val="36"/>
          <w:lang w:val="es-EC"/>
        </w:rPr>
      </w:pPr>
      <w:r w:rsidRPr="00A260DD">
        <w:rPr>
          <w:rFonts w:ascii="Century Gothic" w:hAnsi="Century Gothic" w:cs="Arial"/>
          <w:b/>
          <w:bCs/>
          <w:color w:val="244061" w:themeColor="accent1" w:themeShade="80"/>
          <w:sz w:val="36"/>
          <w:szCs w:val="36"/>
          <w:lang w:val="es-EC"/>
        </w:rPr>
        <w:t>VICERRECTOR</w:t>
      </w:r>
      <w:r w:rsidR="00BF30A6" w:rsidRPr="00A260DD">
        <w:rPr>
          <w:rFonts w:ascii="Century Gothic" w:hAnsi="Century Gothic" w:cs="Arial"/>
          <w:b/>
          <w:bCs/>
          <w:color w:val="244061" w:themeColor="accent1" w:themeShade="80"/>
          <w:sz w:val="36"/>
          <w:szCs w:val="36"/>
          <w:lang w:val="es-EC"/>
        </w:rPr>
        <w:t>AD</w:t>
      </w:r>
      <w:r w:rsidRPr="00A260DD">
        <w:rPr>
          <w:rFonts w:ascii="Century Gothic" w:hAnsi="Century Gothic" w:cs="Arial"/>
          <w:b/>
          <w:bCs/>
          <w:color w:val="244061" w:themeColor="accent1" w:themeShade="80"/>
          <w:sz w:val="36"/>
          <w:szCs w:val="36"/>
          <w:lang w:val="es-EC"/>
        </w:rPr>
        <w:t>O ACADÉMICO</w:t>
      </w:r>
    </w:p>
    <w:p w14:paraId="14088104" w14:textId="77777777" w:rsidR="008D5AB7" w:rsidRPr="00A260DD" w:rsidRDefault="008D5AB7" w:rsidP="002C4A89">
      <w:pPr>
        <w:jc w:val="center"/>
        <w:rPr>
          <w:rFonts w:ascii="Century Gothic" w:hAnsi="Century Gothic" w:cs="Arial"/>
          <w:b/>
          <w:bCs/>
          <w:color w:val="244061" w:themeColor="accent1" w:themeShade="80"/>
          <w:sz w:val="36"/>
          <w:szCs w:val="36"/>
          <w:lang w:val="es-EC"/>
        </w:rPr>
      </w:pPr>
    </w:p>
    <w:p w14:paraId="5E41FD2D" w14:textId="77777777" w:rsidR="002C4A89" w:rsidRPr="00A260DD" w:rsidRDefault="002C4A89" w:rsidP="002C4A89">
      <w:pPr>
        <w:jc w:val="center"/>
        <w:rPr>
          <w:rFonts w:ascii="Century Gothic" w:hAnsi="Century Gothic" w:cs="Arial"/>
          <w:b/>
          <w:bCs/>
          <w:color w:val="244061" w:themeColor="accent1" w:themeShade="80"/>
          <w:sz w:val="36"/>
          <w:szCs w:val="36"/>
          <w:lang w:val="es-EC"/>
        </w:rPr>
      </w:pPr>
      <w:r w:rsidRPr="00A260DD">
        <w:rPr>
          <w:rFonts w:ascii="Century Gothic" w:hAnsi="Century Gothic" w:cs="Arial"/>
          <w:b/>
          <w:bCs/>
          <w:color w:val="244061" w:themeColor="accent1" w:themeShade="80"/>
          <w:sz w:val="36"/>
          <w:szCs w:val="36"/>
          <w:lang w:val="es-EC"/>
        </w:rPr>
        <w:t>[NOMBRE DE LA FACULTAD, SEDE O EXTENSIÓN]</w:t>
      </w:r>
    </w:p>
    <w:p w14:paraId="15D64A7D" w14:textId="77777777" w:rsidR="008D5AB7" w:rsidRPr="00A260DD" w:rsidRDefault="008D5AB7" w:rsidP="002C4A89">
      <w:pPr>
        <w:jc w:val="center"/>
        <w:rPr>
          <w:rFonts w:ascii="Century Gothic" w:hAnsi="Century Gothic" w:cs="Arial"/>
          <w:b/>
          <w:bCs/>
          <w:color w:val="244061" w:themeColor="accent1" w:themeShade="80"/>
          <w:sz w:val="36"/>
          <w:szCs w:val="36"/>
          <w:lang w:val="es-EC"/>
        </w:rPr>
      </w:pPr>
    </w:p>
    <w:p w14:paraId="62ED77B5" w14:textId="49AD3BA7" w:rsidR="008D5AB7" w:rsidRPr="00A260DD" w:rsidRDefault="008D5AB7" w:rsidP="002C4A89">
      <w:pPr>
        <w:jc w:val="center"/>
        <w:rPr>
          <w:rFonts w:ascii="Century Gothic" w:hAnsi="Century Gothic" w:cs="Arial"/>
          <w:b/>
          <w:bCs/>
          <w:color w:val="244061" w:themeColor="accent1" w:themeShade="80"/>
          <w:sz w:val="36"/>
          <w:szCs w:val="36"/>
          <w:lang w:val="es-EC"/>
        </w:rPr>
      </w:pPr>
      <w:r w:rsidRPr="00A260DD">
        <w:rPr>
          <w:rFonts w:ascii="Century Gothic" w:hAnsi="Century Gothic" w:cs="Arial"/>
          <w:b/>
          <w:bCs/>
          <w:color w:val="244061" w:themeColor="accent1" w:themeShade="80"/>
          <w:sz w:val="36"/>
          <w:szCs w:val="36"/>
          <w:lang w:val="es-EC"/>
        </w:rPr>
        <w:t>INFORME DE EJECUCIÓN DEL PROGRAMA DE FORMACIÓN, CAPACITACIÓNY ACTUALIZACIÓN ACADÉMICA</w:t>
      </w:r>
    </w:p>
    <w:p w14:paraId="3F56F3E0" w14:textId="40EDEBDC" w:rsidR="00C2607A" w:rsidRPr="00A260DD" w:rsidRDefault="00C2607A" w:rsidP="00C2607A">
      <w:pPr>
        <w:rPr>
          <w:rFonts w:ascii="Century Gothic" w:hAnsi="Century Gothic" w:cs="Arial"/>
          <w:b/>
          <w:bCs/>
          <w:color w:val="244061" w:themeColor="accent1" w:themeShade="80"/>
          <w:sz w:val="36"/>
          <w:szCs w:val="36"/>
          <w:lang w:val="es-EC"/>
        </w:rPr>
      </w:pPr>
      <w:r w:rsidRPr="00A260DD">
        <w:rPr>
          <w:rFonts w:ascii="Century Gothic" w:hAnsi="Century Gothic" w:cs="Arial"/>
          <w:b/>
          <w:bCs/>
          <w:color w:val="244061" w:themeColor="accent1" w:themeShade="80"/>
          <w:sz w:val="36"/>
          <w:szCs w:val="36"/>
          <w:lang w:val="es-EC"/>
        </w:rPr>
        <w:t>NOMBRE DE LA CAPACITACIÓN:</w:t>
      </w:r>
    </w:p>
    <w:p w14:paraId="409FB345" w14:textId="77777777" w:rsidR="008D5AB7" w:rsidRPr="00A260DD" w:rsidRDefault="008D5AB7" w:rsidP="002C4A89">
      <w:pPr>
        <w:jc w:val="center"/>
        <w:rPr>
          <w:rFonts w:ascii="Century Gothic" w:hAnsi="Century Gothic" w:cs="Arial"/>
          <w:b/>
          <w:bCs/>
          <w:color w:val="244061" w:themeColor="accent1" w:themeShade="80"/>
          <w:sz w:val="36"/>
          <w:szCs w:val="36"/>
          <w:lang w:val="es-EC"/>
        </w:rPr>
      </w:pPr>
    </w:p>
    <w:p w14:paraId="335C3D45" w14:textId="13F98BE3" w:rsidR="008D5AB7" w:rsidRPr="0093707C" w:rsidRDefault="002C4A89" w:rsidP="00A260DD">
      <w:pPr>
        <w:jc w:val="center"/>
        <w:rPr>
          <w:b/>
          <w:bCs/>
          <w:lang w:val="es-EC"/>
        </w:rPr>
      </w:pPr>
      <w:r w:rsidRPr="00A260DD">
        <w:rPr>
          <w:rFonts w:ascii="Century Gothic" w:hAnsi="Century Gothic" w:cs="Arial"/>
          <w:b/>
          <w:bCs/>
          <w:color w:val="244061" w:themeColor="accent1" w:themeShade="80"/>
          <w:sz w:val="36"/>
          <w:szCs w:val="36"/>
          <w:lang w:val="es-EC"/>
        </w:rPr>
        <w:t>PERIODO 202X-</w:t>
      </w:r>
      <w:r w:rsidR="00A260DD" w:rsidRPr="00A260DD">
        <w:rPr>
          <w:rFonts w:ascii="Century Gothic" w:hAnsi="Century Gothic" w:cs="Arial"/>
          <w:b/>
          <w:bCs/>
          <w:color w:val="244061" w:themeColor="accent1" w:themeShade="80"/>
          <w:sz w:val="36"/>
          <w:szCs w:val="36"/>
          <w:lang w:val="es-EC"/>
        </w:rPr>
        <w:t>X</w:t>
      </w:r>
      <w:r w:rsidR="008D5AB7" w:rsidRPr="0093707C">
        <w:rPr>
          <w:b/>
          <w:bCs/>
          <w:lang w:val="es-EC"/>
        </w:rPr>
        <w:br w:type="page"/>
      </w:r>
    </w:p>
    <w:p w14:paraId="2784DAEA" w14:textId="58F46890" w:rsidR="00A700C6" w:rsidRPr="00545260" w:rsidRDefault="00A700C6" w:rsidP="00741072">
      <w:pPr>
        <w:shd w:val="clear" w:color="auto" w:fill="FFFFFF" w:themeFill="background1"/>
        <w:jc w:val="center"/>
        <w:rPr>
          <w:rFonts w:eastAsiaTheme="majorEastAsia" w:cstheme="majorBidi"/>
          <w:b/>
          <w:bCs/>
          <w:color w:val="365F91" w:themeColor="accent1" w:themeShade="BF"/>
          <w:sz w:val="28"/>
          <w:szCs w:val="28"/>
          <w:lang w:val="es-EC"/>
        </w:rPr>
      </w:pPr>
      <w:r w:rsidRPr="00545260">
        <w:rPr>
          <w:rFonts w:eastAsiaTheme="majorEastAsia" w:cstheme="majorBidi"/>
          <w:b/>
          <w:bCs/>
          <w:color w:val="365F91" w:themeColor="accent1" w:themeShade="BF"/>
          <w:sz w:val="28"/>
          <w:szCs w:val="28"/>
          <w:lang w:val="es-EC"/>
        </w:rPr>
        <w:lastRenderedPageBreak/>
        <w:t>INFORME DE EJECUCIÓN DEL PROGRAMA DE FORMACIÓN, CAPACITACIÓNY ACTUALIZACIÓN ACADÉMICA</w:t>
      </w:r>
    </w:p>
    <w:p w14:paraId="68937D87" w14:textId="35CC12D7" w:rsidR="002F214F" w:rsidRPr="00741072" w:rsidRDefault="00000000" w:rsidP="00741072">
      <w:pPr>
        <w:pStyle w:val="Ttulo1"/>
        <w:numPr>
          <w:ilvl w:val="0"/>
          <w:numId w:val="12"/>
        </w:numPr>
        <w:shd w:val="clear" w:color="auto" w:fill="FFFFFF" w:themeFill="background1"/>
        <w:spacing w:before="0"/>
        <w:jc w:val="both"/>
        <w:rPr>
          <w:rFonts w:asciiTheme="minorHAnsi" w:hAnsiTheme="minorHAnsi"/>
          <w:lang w:val="es-EC"/>
        </w:rPr>
      </w:pPr>
      <w:r w:rsidRPr="00741072">
        <w:rPr>
          <w:rFonts w:asciiTheme="minorHAnsi" w:hAnsiTheme="minorHAnsi"/>
          <w:lang w:val="es-EC"/>
        </w:rPr>
        <w:t>Introducción</w:t>
      </w:r>
      <w:r w:rsidR="00C96067" w:rsidRPr="00741072">
        <w:rPr>
          <w:rFonts w:asciiTheme="minorHAnsi" w:hAnsiTheme="minorHAnsi"/>
          <w:lang w:val="es-EC"/>
        </w:rPr>
        <w:t>.</w:t>
      </w:r>
    </w:p>
    <w:p w14:paraId="7C18EE5A" w14:textId="77777777" w:rsidR="006830F3" w:rsidRPr="00741072" w:rsidRDefault="006830F3" w:rsidP="00741072">
      <w:pPr>
        <w:shd w:val="clear" w:color="auto" w:fill="FFFFFF" w:themeFill="background1"/>
        <w:spacing w:after="0"/>
        <w:jc w:val="both"/>
        <w:rPr>
          <w:lang w:val="es-EC"/>
        </w:rPr>
      </w:pPr>
    </w:p>
    <w:p w14:paraId="7D438C91" w14:textId="22323B48" w:rsidR="002F214F" w:rsidRPr="00741072" w:rsidRDefault="00000000" w:rsidP="00741072">
      <w:pPr>
        <w:shd w:val="clear" w:color="auto" w:fill="FFFFFF" w:themeFill="background1"/>
        <w:jc w:val="both"/>
        <w:rPr>
          <w:lang w:val="es-EC"/>
        </w:rPr>
      </w:pPr>
      <w:r w:rsidRPr="00741072">
        <w:rPr>
          <w:lang w:val="es-EC"/>
        </w:rPr>
        <w:t>En cumplimiento del plan institucional de perfeccionamiento académico y del programa aprobado por el Consejo de Facultad</w:t>
      </w:r>
      <w:r w:rsidR="002C4A89" w:rsidRPr="00741072">
        <w:rPr>
          <w:lang w:val="es-EC"/>
        </w:rPr>
        <w:t>, Sede o Extensión</w:t>
      </w:r>
      <w:r w:rsidRPr="00741072">
        <w:rPr>
          <w:lang w:val="es-EC"/>
        </w:rPr>
        <w:t xml:space="preserve">, se presenta el informe de ejecución correspondiente al periodo </w:t>
      </w:r>
      <w:r w:rsidR="00A700C6" w:rsidRPr="00741072">
        <w:rPr>
          <w:lang w:val="es-EC"/>
        </w:rPr>
        <w:t>202</w:t>
      </w:r>
      <w:r w:rsidR="002C4A89" w:rsidRPr="00741072">
        <w:rPr>
          <w:lang w:val="es-EC"/>
        </w:rPr>
        <w:t>X</w:t>
      </w:r>
      <w:r w:rsidR="00A700C6" w:rsidRPr="00741072">
        <w:rPr>
          <w:lang w:val="es-EC"/>
        </w:rPr>
        <w:t>-</w:t>
      </w:r>
      <w:r w:rsidR="002C4A89" w:rsidRPr="00741072">
        <w:rPr>
          <w:lang w:val="es-EC"/>
        </w:rPr>
        <w:t>X</w:t>
      </w:r>
      <w:r w:rsidRPr="00741072">
        <w:rPr>
          <w:lang w:val="es-EC"/>
        </w:rPr>
        <w:t>, con el objetivo de evidenciar el grado de cumplimiento, los avances</w:t>
      </w:r>
      <w:r w:rsidR="002C4A89" w:rsidRPr="00741072">
        <w:rPr>
          <w:lang w:val="es-EC"/>
        </w:rPr>
        <w:t>, resultados</w:t>
      </w:r>
      <w:r w:rsidRPr="00741072">
        <w:rPr>
          <w:lang w:val="es-EC"/>
        </w:rPr>
        <w:t xml:space="preserve"> y desafíos en el fortalecimiento de las capacidades académicas del personal docente.</w:t>
      </w:r>
    </w:p>
    <w:p w14:paraId="23747F6D" w14:textId="28789A81" w:rsidR="002F214F" w:rsidRPr="00741072" w:rsidRDefault="00000000" w:rsidP="00741072">
      <w:pPr>
        <w:pStyle w:val="Ttulo1"/>
        <w:numPr>
          <w:ilvl w:val="0"/>
          <w:numId w:val="12"/>
        </w:numPr>
        <w:shd w:val="clear" w:color="auto" w:fill="FFFFFF" w:themeFill="background1"/>
        <w:jc w:val="both"/>
        <w:rPr>
          <w:rFonts w:asciiTheme="minorHAnsi" w:hAnsiTheme="minorHAnsi"/>
          <w:lang w:val="es-EC"/>
        </w:rPr>
      </w:pPr>
      <w:r w:rsidRPr="00741072">
        <w:rPr>
          <w:rFonts w:asciiTheme="minorHAnsi" w:hAnsiTheme="minorHAnsi"/>
          <w:lang w:val="es-EC"/>
        </w:rPr>
        <w:t>Objetivos del Programa</w:t>
      </w:r>
      <w:r w:rsidR="00C96067" w:rsidRPr="00741072">
        <w:rPr>
          <w:rFonts w:asciiTheme="minorHAnsi" w:hAnsiTheme="minorHAnsi"/>
          <w:lang w:val="es-EC"/>
        </w:rPr>
        <w:t>.</w:t>
      </w:r>
    </w:p>
    <w:p w14:paraId="65141131" w14:textId="77777777" w:rsidR="00C96067" w:rsidRPr="00741072" w:rsidRDefault="00C96067" w:rsidP="00741072">
      <w:pPr>
        <w:pStyle w:val="Prrafodelista"/>
        <w:shd w:val="clear" w:color="auto" w:fill="FFFFFF" w:themeFill="background1"/>
        <w:ind w:left="360"/>
        <w:jc w:val="both"/>
        <w:rPr>
          <w:lang w:val="es-EC"/>
        </w:rPr>
      </w:pPr>
    </w:p>
    <w:p w14:paraId="4749500A" w14:textId="0A7FD4D1" w:rsidR="002F214F" w:rsidRPr="00741072" w:rsidRDefault="00000000" w:rsidP="00741072">
      <w:pPr>
        <w:pStyle w:val="Prrafodelista"/>
        <w:numPr>
          <w:ilvl w:val="0"/>
          <w:numId w:val="13"/>
        </w:numPr>
        <w:shd w:val="clear" w:color="auto" w:fill="FFFFFF" w:themeFill="background1"/>
        <w:jc w:val="both"/>
        <w:rPr>
          <w:lang w:val="es-EC"/>
        </w:rPr>
      </w:pPr>
      <w:r w:rsidRPr="00741072">
        <w:rPr>
          <w:lang w:val="es-EC"/>
        </w:rPr>
        <w:t>Fortalecer las competencias pedagógicas, investigativas y profesionales del personal</w:t>
      </w:r>
      <w:r w:rsidR="00C96067" w:rsidRPr="00741072">
        <w:rPr>
          <w:lang w:val="es-EC"/>
        </w:rPr>
        <w:t xml:space="preserve"> </w:t>
      </w:r>
      <w:r w:rsidRPr="00741072">
        <w:rPr>
          <w:lang w:val="es-EC"/>
        </w:rPr>
        <w:t>académico.</w:t>
      </w:r>
    </w:p>
    <w:p w14:paraId="6290687F" w14:textId="6E9F1F56" w:rsidR="002F214F" w:rsidRPr="00741072" w:rsidRDefault="00000000" w:rsidP="00741072">
      <w:pPr>
        <w:pStyle w:val="Prrafodelista"/>
        <w:numPr>
          <w:ilvl w:val="0"/>
          <w:numId w:val="13"/>
        </w:numPr>
        <w:shd w:val="clear" w:color="auto" w:fill="FFFFFF" w:themeFill="background1"/>
        <w:jc w:val="both"/>
        <w:rPr>
          <w:lang w:val="es-EC"/>
        </w:rPr>
      </w:pPr>
      <w:r w:rsidRPr="00741072">
        <w:rPr>
          <w:lang w:val="es-EC"/>
        </w:rPr>
        <w:t>Promover la formación continua a través de actividades alineadas con el área de conocimiento, la innovación</w:t>
      </w:r>
      <w:r w:rsidR="00E05040" w:rsidRPr="00741072">
        <w:rPr>
          <w:lang w:val="es-EC"/>
        </w:rPr>
        <w:t>,</w:t>
      </w:r>
      <w:r w:rsidRPr="00741072">
        <w:rPr>
          <w:lang w:val="es-EC"/>
        </w:rPr>
        <w:t xml:space="preserve"> las tecnologías educativas</w:t>
      </w:r>
      <w:r w:rsidR="00E05040" w:rsidRPr="00741072">
        <w:rPr>
          <w:lang w:val="es-EC"/>
        </w:rPr>
        <w:t xml:space="preserve"> y el Modelo Educativo de la Uleam</w:t>
      </w:r>
      <w:r w:rsidRPr="00741072">
        <w:rPr>
          <w:lang w:val="es-EC"/>
        </w:rPr>
        <w:t>.</w:t>
      </w:r>
    </w:p>
    <w:p w14:paraId="5905BA4F" w14:textId="6FCC4DB8" w:rsidR="002F214F" w:rsidRPr="00741072" w:rsidRDefault="00000000" w:rsidP="00741072">
      <w:pPr>
        <w:pStyle w:val="Prrafodelista"/>
        <w:numPr>
          <w:ilvl w:val="0"/>
          <w:numId w:val="13"/>
        </w:numPr>
        <w:shd w:val="clear" w:color="auto" w:fill="FFFFFF" w:themeFill="background1"/>
        <w:jc w:val="both"/>
        <w:rPr>
          <w:lang w:val="es-EC"/>
        </w:rPr>
      </w:pPr>
      <w:r w:rsidRPr="00741072">
        <w:rPr>
          <w:lang w:val="es-EC"/>
        </w:rPr>
        <w:t>Impulsar procesos de formación doctoral y posdoctoral, así como el aprovechamiento de periodos sabáticos.</w:t>
      </w:r>
    </w:p>
    <w:p w14:paraId="334D9B2A" w14:textId="55D33C36" w:rsidR="00C96067" w:rsidRDefault="00C96067" w:rsidP="00741072">
      <w:pPr>
        <w:pStyle w:val="Prrafodelista"/>
        <w:numPr>
          <w:ilvl w:val="0"/>
          <w:numId w:val="13"/>
        </w:numPr>
        <w:shd w:val="clear" w:color="auto" w:fill="FFFFFF" w:themeFill="background1"/>
        <w:jc w:val="both"/>
        <w:rPr>
          <w:lang w:val="es-EC"/>
        </w:rPr>
      </w:pPr>
      <w:r w:rsidRPr="00741072">
        <w:rPr>
          <w:lang w:val="es-EC"/>
        </w:rPr>
        <w:t>N…</w:t>
      </w:r>
    </w:p>
    <w:p w14:paraId="47EB20C6" w14:textId="40178ACE" w:rsidR="00AD4B11" w:rsidRPr="00AD4B11" w:rsidRDefault="00AD4B11" w:rsidP="00AD4B11">
      <w:pPr>
        <w:pStyle w:val="Prrafodelista"/>
        <w:ind w:left="360"/>
        <w:jc w:val="both"/>
        <w:rPr>
          <w:lang w:val="es-EC"/>
        </w:rPr>
      </w:pPr>
      <w:r w:rsidRPr="00AD4B11">
        <w:rPr>
          <w:highlight w:val="yellow"/>
          <w:lang w:val="es-EC"/>
        </w:rPr>
        <w:t>(</w:t>
      </w:r>
      <w:r>
        <w:rPr>
          <w:highlight w:val="yellow"/>
          <w:lang w:val="es-EC"/>
        </w:rPr>
        <w:t>Pueden agregar más objetivos de acuerdo a la realidad de la Facultad. Eliminar esta nota antes de imprimir</w:t>
      </w:r>
      <w:r w:rsidRPr="00AD4B11">
        <w:rPr>
          <w:highlight w:val="yellow"/>
          <w:lang w:val="es-EC"/>
        </w:rPr>
        <w:t>)</w:t>
      </w:r>
    </w:p>
    <w:p w14:paraId="61279E27" w14:textId="77777777" w:rsidR="00AD4B11" w:rsidRPr="00741072" w:rsidRDefault="00AD4B11" w:rsidP="00AD4B11">
      <w:pPr>
        <w:pStyle w:val="Prrafodelista"/>
        <w:shd w:val="clear" w:color="auto" w:fill="FFFFFF" w:themeFill="background1"/>
        <w:ind w:left="360"/>
        <w:jc w:val="both"/>
        <w:rPr>
          <w:lang w:val="es-EC"/>
        </w:rPr>
      </w:pPr>
    </w:p>
    <w:p w14:paraId="4BC9514C" w14:textId="18DA1A69" w:rsidR="002F214F" w:rsidRDefault="00000000" w:rsidP="00741072">
      <w:pPr>
        <w:pStyle w:val="Ttulo1"/>
        <w:numPr>
          <w:ilvl w:val="0"/>
          <w:numId w:val="12"/>
        </w:numPr>
        <w:shd w:val="clear" w:color="auto" w:fill="FFFFFF" w:themeFill="background1"/>
        <w:jc w:val="both"/>
        <w:rPr>
          <w:rFonts w:asciiTheme="minorHAnsi" w:hAnsiTheme="minorHAnsi"/>
          <w:lang w:val="es-EC"/>
        </w:rPr>
      </w:pPr>
      <w:r w:rsidRPr="00741072">
        <w:rPr>
          <w:rFonts w:asciiTheme="minorHAnsi" w:hAnsiTheme="minorHAnsi"/>
          <w:lang w:val="es-EC"/>
        </w:rPr>
        <w:t xml:space="preserve">Actividades Ejecutadas de Capacitación y Actualización </w:t>
      </w:r>
      <w:r w:rsidR="00E32917">
        <w:rPr>
          <w:rFonts w:asciiTheme="minorHAnsi" w:hAnsiTheme="minorHAnsi"/>
          <w:lang w:val="es-EC"/>
        </w:rPr>
        <w:t>Académica</w:t>
      </w:r>
      <w:r w:rsidR="00C96067" w:rsidRPr="00741072">
        <w:rPr>
          <w:rFonts w:asciiTheme="minorHAnsi" w:hAnsiTheme="minorHAnsi"/>
          <w:lang w:val="es-EC"/>
        </w:rPr>
        <w:t>.</w:t>
      </w:r>
    </w:p>
    <w:p w14:paraId="5C46D20C" w14:textId="23F50ABA" w:rsidR="00094BFC" w:rsidRDefault="00094BFC" w:rsidP="00094BFC">
      <w:pPr>
        <w:ind w:left="360"/>
        <w:rPr>
          <w:rFonts w:eastAsiaTheme="majorEastAsia" w:cstheme="majorBidi"/>
          <w:b/>
          <w:bCs/>
          <w:color w:val="365F91" w:themeColor="accent1" w:themeShade="BF"/>
          <w:sz w:val="28"/>
          <w:szCs w:val="28"/>
          <w:lang w:val="es-EC"/>
        </w:rPr>
      </w:pPr>
    </w:p>
    <w:p w14:paraId="1104AEEA" w14:textId="66300BF0" w:rsidR="00A260DD" w:rsidRPr="00A260DD" w:rsidRDefault="00A260DD" w:rsidP="00A260DD">
      <w:pPr>
        <w:rPr>
          <w:rFonts w:eastAsiaTheme="majorEastAsia" w:cstheme="majorBidi"/>
          <w:b/>
          <w:bCs/>
          <w:color w:val="365F91" w:themeColor="accent1" w:themeShade="BF"/>
          <w:sz w:val="28"/>
          <w:szCs w:val="28"/>
          <w:lang w:val="es-EC"/>
        </w:rPr>
      </w:pPr>
      <w:r>
        <w:rPr>
          <w:rFonts w:eastAsiaTheme="majorEastAsia" w:cstheme="majorBidi"/>
          <w:b/>
          <w:bCs/>
          <w:color w:val="365F91" w:themeColor="accent1" w:themeShade="BF"/>
          <w:sz w:val="28"/>
          <w:szCs w:val="28"/>
          <w:lang w:val="es-EC"/>
        </w:rPr>
        <w:t xml:space="preserve"> </w:t>
      </w:r>
      <w:r w:rsidRPr="00A260DD">
        <w:rPr>
          <w:rFonts w:eastAsiaTheme="majorEastAsia" w:cstheme="majorBidi"/>
          <w:b/>
          <w:bCs/>
          <w:color w:val="365F91" w:themeColor="accent1" w:themeShade="BF"/>
          <w:sz w:val="28"/>
          <w:szCs w:val="28"/>
          <w:lang w:val="es-EC"/>
        </w:rPr>
        <w:t xml:space="preserve">Nombre de la capacitación: </w:t>
      </w:r>
    </w:p>
    <w:p w14:paraId="30504955" w14:textId="77777777" w:rsidR="001200EF" w:rsidRPr="00AD4B11" w:rsidRDefault="001200EF" w:rsidP="00741072">
      <w:pPr>
        <w:pStyle w:val="Prrafodelista"/>
        <w:shd w:val="clear" w:color="auto" w:fill="FFFFFF" w:themeFill="background1"/>
        <w:ind w:left="360"/>
        <w:jc w:val="both"/>
        <w:rPr>
          <w:highlight w:val="yellow"/>
          <w:lang w:val="es-EC"/>
        </w:rPr>
      </w:pPr>
      <w:r w:rsidRPr="00AD4B11">
        <w:rPr>
          <w:highlight w:val="yellow"/>
          <w:lang w:val="es-EC"/>
        </w:rPr>
        <w:t>(Ejemplo de matriz. Eliminar esta nota antes de imprimir).</w:t>
      </w:r>
    </w:p>
    <w:p w14:paraId="0C67C5FB" w14:textId="0F302C65" w:rsidR="002111A7" w:rsidRDefault="00AD4B11" w:rsidP="00AD4B11">
      <w:pPr>
        <w:shd w:val="clear" w:color="auto" w:fill="FFFFFF" w:themeFill="background1"/>
        <w:ind w:left="360"/>
        <w:jc w:val="both"/>
        <w:rPr>
          <w:highlight w:val="yellow"/>
          <w:lang w:val="es-EC"/>
        </w:rPr>
      </w:pPr>
      <w:r w:rsidRPr="00AD4B11">
        <w:rPr>
          <w:highlight w:val="yellow"/>
          <w:lang w:val="es-EC"/>
        </w:rPr>
        <w:t xml:space="preserve">(Nota: </w:t>
      </w:r>
      <w:r w:rsidR="00094BFC">
        <w:rPr>
          <w:highlight w:val="yellow"/>
          <w:lang w:val="es-EC"/>
        </w:rPr>
        <w:t xml:space="preserve">Debe de agregarse el nombre general de la capacitación. </w:t>
      </w:r>
      <w:r w:rsidRPr="00AD4B11">
        <w:rPr>
          <w:highlight w:val="yellow"/>
          <w:lang w:val="es-EC"/>
        </w:rPr>
        <w:t xml:space="preserve">No necesariamente deben de realizar todos los tipos de capacitación descritos en esta matriz, deben de tener en consideración las necesidades reales de cada carrera y </w:t>
      </w:r>
    </w:p>
    <w:p w14:paraId="1DBC1505" w14:textId="5035ECB4" w:rsidR="00AD4B11" w:rsidRDefault="002111A7" w:rsidP="002111A7">
      <w:pPr>
        <w:shd w:val="clear" w:color="auto" w:fill="FFFFFF" w:themeFill="background1"/>
        <w:jc w:val="both"/>
        <w:rPr>
          <w:lang w:val="es-EC"/>
        </w:rPr>
      </w:pPr>
      <w:r>
        <w:rPr>
          <w:highlight w:val="yellow"/>
          <w:lang w:val="es-EC"/>
        </w:rPr>
        <w:t xml:space="preserve">        </w:t>
      </w:r>
      <w:r w:rsidR="00AD4B11" w:rsidRPr="00AD4B11">
        <w:rPr>
          <w:highlight w:val="yellow"/>
          <w:lang w:val="es-EC"/>
        </w:rPr>
        <w:t>Facultad</w:t>
      </w:r>
      <w:r w:rsidR="00545260">
        <w:rPr>
          <w:highlight w:val="yellow"/>
          <w:lang w:val="es-EC"/>
        </w:rPr>
        <w:t xml:space="preserve"> pero que responda al tipo de capacitación</w:t>
      </w:r>
      <w:r w:rsidR="00AD4B11" w:rsidRPr="00AD4B11">
        <w:rPr>
          <w:highlight w:val="yellow"/>
          <w:lang w:val="es-EC"/>
        </w:rPr>
        <w:t>. Eliminar esta nota antes de imprimir)</w:t>
      </w:r>
    </w:p>
    <w:p w14:paraId="3DD68E99" w14:textId="77777777" w:rsidR="002111A7" w:rsidRDefault="002111A7" w:rsidP="002111A7">
      <w:pPr>
        <w:shd w:val="clear" w:color="auto" w:fill="FFFFFF" w:themeFill="background1"/>
        <w:jc w:val="both"/>
        <w:rPr>
          <w:lang w:val="es-EC"/>
        </w:rPr>
      </w:pPr>
    </w:p>
    <w:p w14:paraId="2EF452C2" w14:textId="77777777" w:rsidR="002111A7" w:rsidRDefault="002111A7" w:rsidP="002111A7">
      <w:pPr>
        <w:shd w:val="clear" w:color="auto" w:fill="FFFFFF" w:themeFill="background1"/>
        <w:jc w:val="both"/>
        <w:rPr>
          <w:lang w:val="es-EC"/>
        </w:rPr>
      </w:pPr>
    </w:p>
    <w:p w14:paraId="1D5B62E1" w14:textId="77777777" w:rsidR="002111A7" w:rsidRPr="00741072" w:rsidRDefault="002111A7" w:rsidP="002111A7">
      <w:pPr>
        <w:shd w:val="clear" w:color="auto" w:fill="FFFFFF" w:themeFill="background1"/>
        <w:jc w:val="both"/>
        <w:rPr>
          <w:lang w:val="es-EC"/>
        </w:rPr>
      </w:pPr>
    </w:p>
    <w:tbl>
      <w:tblPr>
        <w:tblStyle w:val="Tablaconcuadrcula"/>
        <w:tblW w:w="10119" w:type="dxa"/>
        <w:jc w:val="center"/>
        <w:tblLayout w:type="fixed"/>
        <w:tblLook w:val="04A0" w:firstRow="1" w:lastRow="0" w:firstColumn="1" w:lastColumn="0" w:noHBand="0" w:noVBand="1"/>
      </w:tblPr>
      <w:tblGrid>
        <w:gridCol w:w="1413"/>
        <w:gridCol w:w="1551"/>
        <w:gridCol w:w="1491"/>
        <w:gridCol w:w="992"/>
        <w:gridCol w:w="1276"/>
        <w:gridCol w:w="1837"/>
        <w:gridCol w:w="1559"/>
      </w:tblGrid>
      <w:tr w:rsidR="002111A7" w:rsidRPr="00741072" w14:paraId="538D39C7" w14:textId="7BCD1922" w:rsidTr="009A5F0C">
        <w:trPr>
          <w:jc w:val="center"/>
        </w:trPr>
        <w:tc>
          <w:tcPr>
            <w:tcW w:w="1413" w:type="dxa"/>
            <w:hideMark/>
          </w:tcPr>
          <w:p w14:paraId="1D91FD09" w14:textId="5ED47AC5" w:rsidR="002111A7" w:rsidRPr="00741072" w:rsidRDefault="002111A7" w:rsidP="002111A7">
            <w:pPr>
              <w:shd w:val="clear" w:color="auto" w:fill="FFFFFF" w:themeFill="background1"/>
              <w:jc w:val="both"/>
              <w:rPr>
                <w:b/>
                <w:bCs/>
                <w:sz w:val="20"/>
                <w:szCs w:val="20"/>
                <w:lang w:val="es-EC"/>
              </w:rPr>
            </w:pPr>
            <w:r w:rsidRPr="00741072">
              <w:rPr>
                <w:b/>
                <w:bCs/>
                <w:sz w:val="20"/>
                <w:szCs w:val="20"/>
                <w:lang w:val="es-EC"/>
              </w:rPr>
              <w:t>Tipo</w:t>
            </w:r>
            <w:r w:rsidR="009A5F0C">
              <w:rPr>
                <w:b/>
                <w:bCs/>
                <w:sz w:val="20"/>
                <w:szCs w:val="20"/>
                <w:lang w:val="es-EC"/>
              </w:rPr>
              <w:t xml:space="preserve"> </w:t>
            </w:r>
            <w:r w:rsidRPr="00741072">
              <w:rPr>
                <w:b/>
                <w:bCs/>
                <w:sz w:val="20"/>
                <w:szCs w:val="20"/>
                <w:lang w:val="es-EC"/>
              </w:rPr>
              <w:t>de capacitación</w:t>
            </w:r>
          </w:p>
        </w:tc>
        <w:tc>
          <w:tcPr>
            <w:tcW w:w="1551" w:type="dxa"/>
            <w:hideMark/>
          </w:tcPr>
          <w:p w14:paraId="04A5136C" w14:textId="77777777" w:rsidR="002111A7" w:rsidRPr="00741072" w:rsidRDefault="002111A7" w:rsidP="002111A7">
            <w:pPr>
              <w:shd w:val="clear" w:color="auto" w:fill="FFFFFF" w:themeFill="background1"/>
              <w:jc w:val="both"/>
              <w:rPr>
                <w:b/>
                <w:bCs/>
                <w:sz w:val="20"/>
                <w:szCs w:val="20"/>
                <w:lang w:val="es-EC"/>
              </w:rPr>
            </w:pPr>
            <w:r w:rsidRPr="00741072">
              <w:rPr>
                <w:b/>
                <w:bCs/>
                <w:sz w:val="20"/>
                <w:szCs w:val="20"/>
                <w:lang w:val="es-EC"/>
              </w:rPr>
              <w:t>Nombre del curso o evento</w:t>
            </w:r>
          </w:p>
        </w:tc>
        <w:tc>
          <w:tcPr>
            <w:tcW w:w="1491" w:type="dxa"/>
            <w:hideMark/>
          </w:tcPr>
          <w:p w14:paraId="4BE6BED8" w14:textId="77777777" w:rsidR="002111A7" w:rsidRPr="00741072" w:rsidRDefault="002111A7" w:rsidP="002111A7">
            <w:pPr>
              <w:shd w:val="clear" w:color="auto" w:fill="FFFFFF" w:themeFill="background1"/>
              <w:jc w:val="both"/>
              <w:rPr>
                <w:b/>
                <w:bCs/>
                <w:sz w:val="20"/>
                <w:szCs w:val="20"/>
                <w:lang w:val="es-EC"/>
              </w:rPr>
            </w:pPr>
            <w:r w:rsidRPr="00741072">
              <w:rPr>
                <w:b/>
                <w:bCs/>
                <w:sz w:val="20"/>
                <w:szCs w:val="20"/>
                <w:lang w:val="es-EC"/>
              </w:rPr>
              <w:t>Modalidad (presencial/virtual)</w:t>
            </w:r>
          </w:p>
        </w:tc>
        <w:tc>
          <w:tcPr>
            <w:tcW w:w="992" w:type="dxa"/>
            <w:hideMark/>
          </w:tcPr>
          <w:p w14:paraId="6E344F8A" w14:textId="3011C8BE" w:rsidR="002111A7" w:rsidRPr="00741072" w:rsidRDefault="002111A7" w:rsidP="002111A7">
            <w:pPr>
              <w:shd w:val="clear" w:color="auto" w:fill="FFFFFF" w:themeFill="background1"/>
              <w:jc w:val="both"/>
              <w:rPr>
                <w:b/>
                <w:bCs/>
                <w:sz w:val="20"/>
                <w:szCs w:val="20"/>
                <w:lang w:val="es-EC"/>
              </w:rPr>
            </w:pPr>
            <w:r w:rsidRPr="00741072">
              <w:rPr>
                <w:b/>
                <w:bCs/>
                <w:sz w:val="20"/>
                <w:szCs w:val="20"/>
                <w:lang w:val="es-EC"/>
              </w:rPr>
              <w:t>Fecha</w:t>
            </w:r>
          </w:p>
        </w:tc>
        <w:tc>
          <w:tcPr>
            <w:tcW w:w="1276" w:type="dxa"/>
            <w:hideMark/>
          </w:tcPr>
          <w:p w14:paraId="67DC50A0" w14:textId="77777777" w:rsidR="002111A7" w:rsidRPr="00741072" w:rsidRDefault="002111A7" w:rsidP="002111A7">
            <w:pPr>
              <w:shd w:val="clear" w:color="auto" w:fill="FFFFFF" w:themeFill="background1"/>
              <w:jc w:val="both"/>
              <w:rPr>
                <w:b/>
                <w:bCs/>
                <w:sz w:val="20"/>
                <w:szCs w:val="20"/>
                <w:lang w:val="es-EC"/>
              </w:rPr>
            </w:pPr>
            <w:r w:rsidRPr="00741072">
              <w:rPr>
                <w:b/>
                <w:bCs/>
                <w:sz w:val="20"/>
                <w:szCs w:val="20"/>
                <w:lang w:val="es-EC"/>
              </w:rPr>
              <w:t>Nº Docentes participantes</w:t>
            </w:r>
          </w:p>
        </w:tc>
        <w:tc>
          <w:tcPr>
            <w:tcW w:w="1837" w:type="dxa"/>
            <w:vAlign w:val="center"/>
          </w:tcPr>
          <w:p w14:paraId="0A0DEEC2" w14:textId="3B0766FA" w:rsidR="002111A7" w:rsidRPr="00741072" w:rsidRDefault="009A5F0C" w:rsidP="009A5F0C">
            <w:pPr>
              <w:shd w:val="clear" w:color="auto" w:fill="FFFFFF" w:themeFill="background1"/>
              <w:tabs>
                <w:tab w:val="left" w:pos="598"/>
              </w:tabs>
              <w:jc w:val="center"/>
              <w:rPr>
                <w:b/>
                <w:bCs/>
                <w:sz w:val="20"/>
                <w:szCs w:val="20"/>
                <w:lang w:val="es-EC"/>
              </w:rPr>
            </w:pPr>
            <w:proofErr w:type="gramStart"/>
            <w:r>
              <w:rPr>
                <w:b/>
                <w:bCs/>
                <w:sz w:val="20"/>
                <w:szCs w:val="20"/>
                <w:lang w:val="es-EC"/>
              </w:rPr>
              <w:t>Total</w:t>
            </w:r>
            <w:proofErr w:type="gramEnd"/>
            <w:r>
              <w:rPr>
                <w:b/>
                <w:bCs/>
                <w:sz w:val="20"/>
                <w:szCs w:val="20"/>
                <w:lang w:val="es-EC"/>
              </w:rPr>
              <w:t xml:space="preserve"> de Horas de Capacitación</w:t>
            </w:r>
          </w:p>
        </w:tc>
        <w:tc>
          <w:tcPr>
            <w:tcW w:w="1559" w:type="dxa"/>
            <w:vAlign w:val="center"/>
          </w:tcPr>
          <w:p w14:paraId="064A1EF2" w14:textId="37FC19D8" w:rsidR="002111A7" w:rsidRDefault="002111A7" w:rsidP="009A5F0C">
            <w:pPr>
              <w:shd w:val="clear" w:color="auto" w:fill="FFFFFF" w:themeFill="background1"/>
              <w:jc w:val="center"/>
              <w:rPr>
                <w:b/>
                <w:bCs/>
                <w:sz w:val="20"/>
                <w:szCs w:val="20"/>
                <w:lang w:val="es-EC"/>
              </w:rPr>
            </w:pPr>
            <w:r>
              <w:rPr>
                <w:b/>
                <w:bCs/>
                <w:sz w:val="20"/>
                <w:szCs w:val="20"/>
                <w:lang w:val="es-EC"/>
              </w:rPr>
              <w:t>Observación</w:t>
            </w:r>
          </w:p>
        </w:tc>
      </w:tr>
      <w:tr w:rsidR="002111A7" w:rsidRPr="00094BFC" w14:paraId="573FCDA6" w14:textId="6491EB79" w:rsidTr="009A5F0C">
        <w:trPr>
          <w:jc w:val="center"/>
        </w:trPr>
        <w:tc>
          <w:tcPr>
            <w:tcW w:w="1413" w:type="dxa"/>
            <w:hideMark/>
          </w:tcPr>
          <w:p w14:paraId="6BEE7510" w14:textId="77777777" w:rsidR="002111A7" w:rsidRPr="00741072" w:rsidRDefault="002111A7" w:rsidP="002111A7">
            <w:pPr>
              <w:shd w:val="clear" w:color="auto" w:fill="FFFFFF" w:themeFill="background1"/>
              <w:jc w:val="both"/>
              <w:rPr>
                <w:sz w:val="20"/>
                <w:szCs w:val="20"/>
                <w:lang w:val="es-EC"/>
              </w:rPr>
            </w:pPr>
            <w:r w:rsidRPr="00741072">
              <w:rPr>
                <w:sz w:val="20"/>
                <w:szCs w:val="20"/>
                <w:lang w:val="es-EC"/>
              </w:rPr>
              <w:t>TAC</w:t>
            </w:r>
          </w:p>
        </w:tc>
        <w:tc>
          <w:tcPr>
            <w:tcW w:w="1551" w:type="dxa"/>
            <w:hideMark/>
          </w:tcPr>
          <w:p w14:paraId="360DC4A0" w14:textId="77777777" w:rsidR="002111A7" w:rsidRPr="00741072" w:rsidRDefault="002111A7" w:rsidP="002111A7">
            <w:pPr>
              <w:shd w:val="clear" w:color="auto" w:fill="FFFFFF" w:themeFill="background1"/>
              <w:jc w:val="both"/>
              <w:rPr>
                <w:sz w:val="20"/>
                <w:szCs w:val="20"/>
                <w:lang w:val="es-EC"/>
              </w:rPr>
            </w:pPr>
            <w:r w:rsidRPr="00741072">
              <w:rPr>
                <w:sz w:val="20"/>
                <w:szCs w:val="20"/>
                <w:lang w:val="es-EC"/>
              </w:rPr>
              <w:t>[Ej. Herramientas digitales para el aula virtual]</w:t>
            </w:r>
          </w:p>
        </w:tc>
        <w:tc>
          <w:tcPr>
            <w:tcW w:w="1491" w:type="dxa"/>
            <w:hideMark/>
          </w:tcPr>
          <w:p w14:paraId="493CF17C" w14:textId="2238634C" w:rsidR="002111A7" w:rsidRPr="00741072" w:rsidRDefault="002111A7" w:rsidP="002111A7">
            <w:pPr>
              <w:shd w:val="clear" w:color="auto" w:fill="FFFFFF" w:themeFill="background1"/>
              <w:jc w:val="both"/>
              <w:rPr>
                <w:sz w:val="20"/>
                <w:szCs w:val="20"/>
                <w:lang w:val="es-EC"/>
              </w:rPr>
            </w:pPr>
          </w:p>
        </w:tc>
        <w:tc>
          <w:tcPr>
            <w:tcW w:w="992" w:type="dxa"/>
            <w:hideMark/>
          </w:tcPr>
          <w:p w14:paraId="42090733" w14:textId="6846167A" w:rsidR="002111A7" w:rsidRPr="00741072" w:rsidRDefault="002111A7" w:rsidP="002111A7">
            <w:pPr>
              <w:shd w:val="clear" w:color="auto" w:fill="FFFFFF" w:themeFill="background1"/>
              <w:jc w:val="both"/>
              <w:rPr>
                <w:sz w:val="20"/>
                <w:szCs w:val="20"/>
                <w:lang w:val="es-EC"/>
              </w:rPr>
            </w:pPr>
          </w:p>
        </w:tc>
        <w:tc>
          <w:tcPr>
            <w:tcW w:w="1276" w:type="dxa"/>
            <w:hideMark/>
          </w:tcPr>
          <w:p w14:paraId="6F66119B" w14:textId="2E406CE5" w:rsidR="002111A7" w:rsidRPr="00741072" w:rsidRDefault="002111A7" w:rsidP="002111A7">
            <w:pPr>
              <w:shd w:val="clear" w:color="auto" w:fill="FFFFFF" w:themeFill="background1"/>
              <w:jc w:val="both"/>
              <w:rPr>
                <w:sz w:val="20"/>
                <w:szCs w:val="20"/>
                <w:lang w:val="es-EC"/>
              </w:rPr>
            </w:pPr>
          </w:p>
        </w:tc>
        <w:tc>
          <w:tcPr>
            <w:tcW w:w="1837" w:type="dxa"/>
            <w:hideMark/>
          </w:tcPr>
          <w:p w14:paraId="39BE5E98" w14:textId="789E59B1" w:rsidR="002111A7" w:rsidRPr="00741072" w:rsidRDefault="002111A7" w:rsidP="002111A7">
            <w:pPr>
              <w:shd w:val="clear" w:color="auto" w:fill="FFFFFF" w:themeFill="background1"/>
              <w:jc w:val="both"/>
              <w:rPr>
                <w:sz w:val="20"/>
                <w:szCs w:val="20"/>
                <w:lang w:val="es-EC"/>
              </w:rPr>
            </w:pPr>
          </w:p>
        </w:tc>
        <w:tc>
          <w:tcPr>
            <w:tcW w:w="1559" w:type="dxa"/>
          </w:tcPr>
          <w:p w14:paraId="4D037EB0" w14:textId="77777777" w:rsidR="002111A7" w:rsidRPr="00741072" w:rsidRDefault="002111A7" w:rsidP="002111A7">
            <w:pPr>
              <w:shd w:val="clear" w:color="auto" w:fill="FFFFFF" w:themeFill="background1"/>
              <w:jc w:val="both"/>
              <w:rPr>
                <w:sz w:val="20"/>
                <w:szCs w:val="20"/>
                <w:lang w:val="es-EC"/>
              </w:rPr>
            </w:pPr>
          </w:p>
        </w:tc>
      </w:tr>
      <w:tr w:rsidR="002111A7" w:rsidRPr="00094BFC" w14:paraId="6C7C93F1" w14:textId="1A1FF7D6" w:rsidTr="009A5F0C">
        <w:trPr>
          <w:jc w:val="center"/>
        </w:trPr>
        <w:tc>
          <w:tcPr>
            <w:tcW w:w="1413" w:type="dxa"/>
            <w:hideMark/>
          </w:tcPr>
          <w:p w14:paraId="45C150BE" w14:textId="77777777" w:rsidR="002111A7" w:rsidRPr="00741072" w:rsidRDefault="002111A7" w:rsidP="002111A7">
            <w:pPr>
              <w:shd w:val="clear" w:color="auto" w:fill="FFFFFF" w:themeFill="background1"/>
              <w:jc w:val="both"/>
              <w:rPr>
                <w:sz w:val="20"/>
                <w:szCs w:val="20"/>
                <w:lang w:val="es-EC"/>
              </w:rPr>
            </w:pPr>
            <w:r w:rsidRPr="00741072">
              <w:rPr>
                <w:sz w:val="20"/>
                <w:szCs w:val="20"/>
                <w:lang w:val="es-EC"/>
              </w:rPr>
              <w:t>Metodologías de investigación</w:t>
            </w:r>
          </w:p>
        </w:tc>
        <w:tc>
          <w:tcPr>
            <w:tcW w:w="1551" w:type="dxa"/>
            <w:hideMark/>
          </w:tcPr>
          <w:p w14:paraId="24435108" w14:textId="77777777" w:rsidR="002111A7" w:rsidRPr="00741072" w:rsidRDefault="002111A7" w:rsidP="002111A7">
            <w:pPr>
              <w:shd w:val="clear" w:color="auto" w:fill="FFFFFF" w:themeFill="background1"/>
              <w:jc w:val="both"/>
              <w:rPr>
                <w:sz w:val="20"/>
                <w:szCs w:val="20"/>
                <w:lang w:val="es-EC"/>
              </w:rPr>
            </w:pPr>
            <w:r w:rsidRPr="00741072">
              <w:rPr>
                <w:sz w:val="20"/>
                <w:szCs w:val="20"/>
                <w:lang w:val="es-EC"/>
              </w:rPr>
              <w:t>[Ej. Diseño de investigaciones cuantitativas]</w:t>
            </w:r>
          </w:p>
        </w:tc>
        <w:tc>
          <w:tcPr>
            <w:tcW w:w="1491" w:type="dxa"/>
            <w:hideMark/>
          </w:tcPr>
          <w:p w14:paraId="458868BD" w14:textId="5646B99E" w:rsidR="002111A7" w:rsidRPr="00741072" w:rsidRDefault="002111A7" w:rsidP="002111A7">
            <w:pPr>
              <w:shd w:val="clear" w:color="auto" w:fill="FFFFFF" w:themeFill="background1"/>
              <w:jc w:val="both"/>
              <w:rPr>
                <w:sz w:val="20"/>
                <w:szCs w:val="20"/>
                <w:lang w:val="es-EC"/>
              </w:rPr>
            </w:pPr>
          </w:p>
        </w:tc>
        <w:tc>
          <w:tcPr>
            <w:tcW w:w="992" w:type="dxa"/>
            <w:hideMark/>
          </w:tcPr>
          <w:p w14:paraId="1D26E36B" w14:textId="02471C1C" w:rsidR="002111A7" w:rsidRPr="00741072" w:rsidRDefault="002111A7" w:rsidP="002111A7">
            <w:pPr>
              <w:shd w:val="clear" w:color="auto" w:fill="FFFFFF" w:themeFill="background1"/>
              <w:jc w:val="both"/>
              <w:rPr>
                <w:sz w:val="20"/>
                <w:szCs w:val="20"/>
                <w:lang w:val="es-EC"/>
              </w:rPr>
            </w:pPr>
          </w:p>
        </w:tc>
        <w:tc>
          <w:tcPr>
            <w:tcW w:w="1276" w:type="dxa"/>
            <w:hideMark/>
          </w:tcPr>
          <w:p w14:paraId="77EF41A8" w14:textId="38F01E26" w:rsidR="002111A7" w:rsidRPr="00741072" w:rsidRDefault="002111A7" w:rsidP="002111A7">
            <w:pPr>
              <w:shd w:val="clear" w:color="auto" w:fill="FFFFFF" w:themeFill="background1"/>
              <w:jc w:val="both"/>
              <w:rPr>
                <w:sz w:val="20"/>
                <w:szCs w:val="20"/>
                <w:lang w:val="es-EC"/>
              </w:rPr>
            </w:pPr>
          </w:p>
        </w:tc>
        <w:tc>
          <w:tcPr>
            <w:tcW w:w="1837" w:type="dxa"/>
            <w:hideMark/>
          </w:tcPr>
          <w:p w14:paraId="30B6B64E" w14:textId="0D48C74C" w:rsidR="002111A7" w:rsidRPr="00741072" w:rsidRDefault="002111A7" w:rsidP="002111A7">
            <w:pPr>
              <w:shd w:val="clear" w:color="auto" w:fill="FFFFFF" w:themeFill="background1"/>
              <w:jc w:val="both"/>
              <w:rPr>
                <w:sz w:val="20"/>
                <w:szCs w:val="20"/>
                <w:lang w:val="es-EC"/>
              </w:rPr>
            </w:pPr>
          </w:p>
        </w:tc>
        <w:tc>
          <w:tcPr>
            <w:tcW w:w="1559" w:type="dxa"/>
          </w:tcPr>
          <w:p w14:paraId="577394AC" w14:textId="77777777" w:rsidR="002111A7" w:rsidRPr="00741072" w:rsidRDefault="002111A7" w:rsidP="002111A7">
            <w:pPr>
              <w:shd w:val="clear" w:color="auto" w:fill="FFFFFF" w:themeFill="background1"/>
              <w:jc w:val="both"/>
              <w:rPr>
                <w:sz w:val="20"/>
                <w:szCs w:val="20"/>
                <w:lang w:val="es-EC"/>
              </w:rPr>
            </w:pPr>
          </w:p>
        </w:tc>
      </w:tr>
      <w:tr w:rsidR="002111A7" w:rsidRPr="00094BFC" w14:paraId="4D8BA91C" w14:textId="081B72B7" w:rsidTr="009A5F0C">
        <w:trPr>
          <w:jc w:val="center"/>
        </w:trPr>
        <w:tc>
          <w:tcPr>
            <w:tcW w:w="1413" w:type="dxa"/>
            <w:hideMark/>
          </w:tcPr>
          <w:p w14:paraId="02447AF1" w14:textId="77777777" w:rsidR="002111A7" w:rsidRPr="00741072" w:rsidRDefault="002111A7" w:rsidP="002111A7">
            <w:pPr>
              <w:shd w:val="clear" w:color="auto" w:fill="FFFFFF" w:themeFill="background1"/>
              <w:jc w:val="both"/>
              <w:rPr>
                <w:sz w:val="20"/>
                <w:szCs w:val="20"/>
                <w:lang w:val="es-EC"/>
              </w:rPr>
            </w:pPr>
            <w:r w:rsidRPr="00741072">
              <w:rPr>
                <w:sz w:val="20"/>
                <w:szCs w:val="20"/>
                <w:lang w:val="es-EC"/>
              </w:rPr>
              <w:t>Área de conocimiento</w:t>
            </w:r>
          </w:p>
        </w:tc>
        <w:tc>
          <w:tcPr>
            <w:tcW w:w="1551" w:type="dxa"/>
            <w:hideMark/>
          </w:tcPr>
          <w:p w14:paraId="182D22BB" w14:textId="77777777" w:rsidR="002111A7" w:rsidRPr="00741072" w:rsidRDefault="002111A7" w:rsidP="002111A7">
            <w:pPr>
              <w:shd w:val="clear" w:color="auto" w:fill="FFFFFF" w:themeFill="background1"/>
              <w:jc w:val="both"/>
              <w:rPr>
                <w:sz w:val="20"/>
                <w:szCs w:val="20"/>
                <w:lang w:val="es-EC"/>
              </w:rPr>
            </w:pPr>
            <w:r w:rsidRPr="00741072">
              <w:rPr>
                <w:sz w:val="20"/>
                <w:szCs w:val="20"/>
                <w:lang w:val="es-EC"/>
              </w:rPr>
              <w:t>[Ej. Actualización en neuropsicología educativa]</w:t>
            </w:r>
          </w:p>
        </w:tc>
        <w:tc>
          <w:tcPr>
            <w:tcW w:w="1491" w:type="dxa"/>
            <w:hideMark/>
          </w:tcPr>
          <w:p w14:paraId="169A15BD" w14:textId="724BBABC" w:rsidR="002111A7" w:rsidRPr="00741072" w:rsidRDefault="002111A7" w:rsidP="002111A7">
            <w:pPr>
              <w:shd w:val="clear" w:color="auto" w:fill="FFFFFF" w:themeFill="background1"/>
              <w:jc w:val="both"/>
              <w:rPr>
                <w:sz w:val="20"/>
                <w:szCs w:val="20"/>
                <w:lang w:val="es-EC"/>
              </w:rPr>
            </w:pPr>
          </w:p>
        </w:tc>
        <w:tc>
          <w:tcPr>
            <w:tcW w:w="992" w:type="dxa"/>
            <w:hideMark/>
          </w:tcPr>
          <w:p w14:paraId="3040A7D0" w14:textId="7D0E0C79" w:rsidR="002111A7" w:rsidRPr="00741072" w:rsidRDefault="002111A7" w:rsidP="002111A7">
            <w:pPr>
              <w:shd w:val="clear" w:color="auto" w:fill="FFFFFF" w:themeFill="background1"/>
              <w:jc w:val="both"/>
              <w:rPr>
                <w:sz w:val="20"/>
                <w:szCs w:val="20"/>
                <w:lang w:val="es-EC"/>
              </w:rPr>
            </w:pPr>
          </w:p>
        </w:tc>
        <w:tc>
          <w:tcPr>
            <w:tcW w:w="1276" w:type="dxa"/>
            <w:hideMark/>
          </w:tcPr>
          <w:p w14:paraId="3B729A39" w14:textId="0E205964" w:rsidR="002111A7" w:rsidRPr="00741072" w:rsidRDefault="002111A7" w:rsidP="002111A7">
            <w:pPr>
              <w:shd w:val="clear" w:color="auto" w:fill="FFFFFF" w:themeFill="background1"/>
              <w:jc w:val="both"/>
              <w:rPr>
                <w:sz w:val="20"/>
                <w:szCs w:val="20"/>
                <w:lang w:val="es-EC"/>
              </w:rPr>
            </w:pPr>
          </w:p>
        </w:tc>
        <w:tc>
          <w:tcPr>
            <w:tcW w:w="1837" w:type="dxa"/>
            <w:hideMark/>
          </w:tcPr>
          <w:p w14:paraId="3693575F" w14:textId="3C12629C" w:rsidR="002111A7" w:rsidRPr="00741072" w:rsidRDefault="002111A7" w:rsidP="002111A7">
            <w:pPr>
              <w:shd w:val="clear" w:color="auto" w:fill="FFFFFF" w:themeFill="background1"/>
              <w:jc w:val="both"/>
              <w:rPr>
                <w:sz w:val="20"/>
                <w:szCs w:val="20"/>
                <w:lang w:val="es-EC"/>
              </w:rPr>
            </w:pPr>
          </w:p>
        </w:tc>
        <w:tc>
          <w:tcPr>
            <w:tcW w:w="1559" w:type="dxa"/>
          </w:tcPr>
          <w:p w14:paraId="200C7CFF" w14:textId="77777777" w:rsidR="002111A7" w:rsidRPr="00741072" w:rsidRDefault="002111A7" w:rsidP="002111A7">
            <w:pPr>
              <w:shd w:val="clear" w:color="auto" w:fill="FFFFFF" w:themeFill="background1"/>
              <w:jc w:val="both"/>
              <w:rPr>
                <w:sz w:val="20"/>
                <w:szCs w:val="20"/>
                <w:lang w:val="es-EC"/>
              </w:rPr>
            </w:pPr>
          </w:p>
        </w:tc>
      </w:tr>
      <w:tr w:rsidR="002111A7" w:rsidRPr="00094BFC" w14:paraId="7FB1428A" w14:textId="1A24040D" w:rsidTr="009A5F0C">
        <w:trPr>
          <w:jc w:val="center"/>
        </w:trPr>
        <w:tc>
          <w:tcPr>
            <w:tcW w:w="1413" w:type="dxa"/>
            <w:hideMark/>
          </w:tcPr>
          <w:p w14:paraId="01E36999" w14:textId="61A910DF" w:rsidR="002111A7" w:rsidRPr="00741072" w:rsidRDefault="002111A7" w:rsidP="002111A7">
            <w:pPr>
              <w:shd w:val="clear" w:color="auto" w:fill="FFFFFF" w:themeFill="background1"/>
              <w:jc w:val="both"/>
              <w:rPr>
                <w:sz w:val="20"/>
                <w:szCs w:val="20"/>
                <w:lang w:val="es-EC"/>
              </w:rPr>
            </w:pPr>
            <w:r w:rsidRPr="00741072">
              <w:rPr>
                <w:sz w:val="20"/>
                <w:szCs w:val="20"/>
                <w:lang w:val="es-EC"/>
              </w:rPr>
              <w:t>Didáctico-pedagógicas</w:t>
            </w:r>
          </w:p>
        </w:tc>
        <w:tc>
          <w:tcPr>
            <w:tcW w:w="1551" w:type="dxa"/>
            <w:hideMark/>
          </w:tcPr>
          <w:p w14:paraId="0C56BE92" w14:textId="77777777" w:rsidR="002111A7" w:rsidRPr="00741072" w:rsidRDefault="002111A7" w:rsidP="002111A7">
            <w:pPr>
              <w:shd w:val="clear" w:color="auto" w:fill="FFFFFF" w:themeFill="background1"/>
              <w:jc w:val="both"/>
              <w:rPr>
                <w:sz w:val="20"/>
                <w:szCs w:val="20"/>
                <w:lang w:val="es-EC"/>
              </w:rPr>
            </w:pPr>
            <w:r w:rsidRPr="00741072">
              <w:rPr>
                <w:sz w:val="20"/>
                <w:szCs w:val="20"/>
                <w:lang w:val="es-EC"/>
              </w:rPr>
              <w:t>[Ej. Evaluación auténtica en educación superior]</w:t>
            </w:r>
          </w:p>
        </w:tc>
        <w:tc>
          <w:tcPr>
            <w:tcW w:w="1491" w:type="dxa"/>
            <w:hideMark/>
          </w:tcPr>
          <w:p w14:paraId="76D98C0E" w14:textId="5E47C46B" w:rsidR="002111A7" w:rsidRPr="00741072" w:rsidRDefault="002111A7" w:rsidP="002111A7">
            <w:pPr>
              <w:shd w:val="clear" w:color="auto" w:fill="FFFFFF" w:themeFill="background1"/>
              <w:jc w:val="both"/>
              <w:rPr>
                <w:sz w:val="20"/>
                <w:szCs w:val="20"/>
                <w:lang w:val="es-EC"/>
              </w:rPr>
            </w:pPr>
          </w:p>
        </w:tc>
        <w:tc>
          <w:tcPr>
            <w:tcW w:w="992" w:type="dxa"/>
            <w:hideMark/>
          </w:tcPr>
          <w:p w14:paraId="12DEDB95" w14:textId="1F0187E8" w:rsidR="002111A7" w:rsidRPr="00741072" w:rsidRDefault="002111A7" w:rsidP="002111A7">
            <w:pPr>
              <w:shd w:val="clear" w:color="auto" w:fill="FFFFFF" w:themeFill="background1"/>
              <w:jc w:val="both"/>
              <w:rPr>
                <w:sz w:val="20"/>
                <w:szCs w:val="20"/>
                <w:lang w:val="es-EC"/>
              </w:rPr>
            </w:pPr>
          </w:p>
        </w:tc>
        <w:tc>
          <w:tcPr>
            <w:tcW w:w="1276" w:type="dxa"/>
            <w:hideMark/>
          </w:tcPr>
          <w:p w14:paraId="0A9A9A0E" w14:textId="73F27A9A" w:rsidR="002111A7" w:rsidRPr="00741072" w:rsidRDefault="002111A7" w:rsidP="002111A7">
            <w:pPr>
              <w:shd w:val="clear" w:color="auto" w:fill="FFFFFF" w:themeFill="background1"/>
              <w:jc w:val="both"/>
              <w:rPr>
                <w:sz w:val="20"/>
                <w:szCs w:val="20"/>
                <w:lang w:val="es-EC"/>
              </w:rPr>
            </w:pPr>
          </w:p>
        </w:tc>
        <w:tc>
          <w:tcPr>
            <w:tcW w:w="1837" w:type="dxa"/>
            <w:hideMark/>
          </w:tcPr>
          <w:p w14:paraId="6814C408" w14:textId="285DD6C3" w:rsidR="002111A7" w:rsidRPr="00741072" w:rsidRDefault="002111A7" w:rsidP="002111A7">
            <w:pPr>
              <w:shd w:val="clear" w:color="auto" w:fill="FFFFFF" w:themeFill="background1"/>
              <w:jc w:val="both"/>
              <w:rPr>
                <w:sz w:val="20"/>
                <w:szCs w:val="20"/>
                <w:lang w:val="es-EC"/>
              </w:rPr>
            </w:pPr>
          </w:p>
        </w:tc>
        <w:tc>
          <w:tcPr>
            <w:tcW w:w="1559" w:type="dxa"/>
          </w:tcPr>
          <w:p w14:paraId="72BC3026" w14:textId="77777777" w:rsidR="002111A7" w:rsidRPr="00741072" w:rsidRDefault="002111A7" w:rsidP="002111A7">
            <w:pPr>
              <w:shd w:val="clear" w:color="auto" w:fill="FFFFFF" w:themeFill="background1"/>
              <w:jc w:val="both"/>
              <w:rPr>
                <w:sz w:val="20"/>
                <w:szCs w:val="20"/>
                <w:lang w:val="es-EC"/>
              </w:rPr>
            </w:pPr>
          </w:p>
        </w:tc>
      </w:tr>
      <w:tr w:rsidR="002111A7" w:rsidRPr="00741072" w14:paraId="6C84C482" w14:textId="3890224F" w:rsidTr="009A5F0C">
        <w:trPr>
          <w:jc w:val="center"/>
        </w:trPr>
        <w:tc>
          <w:tcPr>
            <w:tcW w:w="1413" w:type="dxa"/>
          </w:tcPr>
          <w:p w14:paraId="20D6623D" w14:textId="33F58C7E" w:rsidR="002111A7" w:rsidRPr="00741072" w:rsidRDefault="002111A7" w:rsidP="002111A7">
            <w:pPr>
              <w:shd w:val="clear" w:color="auto" w:fill="FFFFFF" w:themeFill="background1"/>
              <w:jc w:val="both"/>
              <w:rPr>
                <w:sz w:val="20"/>
                <w:szCs w:val="20"/>
                <w:lang w:val="es-EC"/>
              </w:rPr>
            </w:pPr>
            <w:r w:rsidRPr="00741072">
              <w:rPr>
                <w:sz w:val="20"/>
                <w:szCs w:val="20"/>
                <w:lang w:val="es-EC"/>
              </w:rPr>
              <w:t>Otras en la que se desempeña el</w:t>
            </w:r>
          </w:p>
          <w:p w14:paraId="7F74C542" w14:textId="5B8387D0" w:rsidR="002111A7" w:rsidRPr="00741072" w:rsidRDefault="002111A7" w:rsidP="002111A7">
            <w:pPr>
              <w:shd w:val="clear" w:color="auto" w:fill="FFFFFF" w:themeFill="background1"/>
              <w:jc w:val="both"/>
              <w:rPr>
                <w:sz w:val="20"/>
                <w:szCs w:val="20"/>
                <w:highlight w:val="green"/>
                <w:lang w:val="es-EC"/>
              </w:rPr>
            </w:pPr>
            <w:r w:rsidRPr="00741072">
              <w:rPr>
                <w:sz w:val="20"/>
                <w:szCs w:val="20"/>
                <w:lang w:val="es-EC"/>
              </w:rPr>
              <w:t>personal académico.</w:t>
            </w:r>
          </w:p>
        </w:tc>
        <w:tc>
          <w:tcPr>
            <w:tcW w:w="1551" w:type="dxa"/>
          </w:tcPr>
          <w:p w14:paraId="3DC06FEF" w14:textId="77777777" w:rsidR="002111A7" w:rsidRPr="00741072" w:rsidRDefault="002111A7" w:rsidP="002111A7">
            <w:pPr>
              <w:shd w:val="clear" w:color="auto" w:fill="FFFFFF" w:themeFill="background1"/>
              <w:jc w:val="both"/>
              <w:rPr>
                <w:sz w:val="20"/>
                <w:szCs w:val="20"/>
                <w:lang w:val="es-EC"/>
              </w:rPr>
            </w:pPr>
          </w:p>
        </w:tc>
        <w:tc>
          <w:tcPr>
            <w:tcW w:w="1491" w:type="dxa"/>
          </w:tcPr>
          <w:p w14:paraId="1A930083" w14:textId="77777777" w:rsidR="002111A7" w:rsidRPr="00741072" w:rsidRDefault="002111A7" w:rsidP="002111A7">
            <w:pPr>
              <w:shd w:val="clear" w:color="auto" w:fill="FFFFFF" w:themeFill="background1"/>
              <w:jc w:val="both"/>
              <w:rPr>
                <w:sz w:val="20"/>
                <w:szCs w:val="20"/>
                <w:lang w:val="es-EC"/>
              </w:rPr>
            </w:pPr>
          </w:p>
        </w:tc>
        <w:tc>
          <w:tcPr>
            <w:tcW w:w="992" w:type="dxa"/>
          </w:tcPr>
          <w:p w14:paraId="14876F85" w14:textId="77777777" w:rsidR="002111A7" w:rsidRPr="00741072" w:rsidRDefault="002111A7" w:rsidP="002111A7">
            <w:pPr>
              <w:shd w:val="clear" w:color="auto" w:fill="FFFFFF" w:themeFill="background1"/>
              <w:jc w:val="both"/>
              <w:rPr>
                <w:sz w:val="20"/>
                <w:szCs w:val="20"/>
                <w:lang w:val="es-EC"/>
              </w:rPr>
            </w:pPr>
          </w:p>
        </w:tc>
        <w:tc>
          <w:tcPr>
            <w:tcW w:w="1276" w:type="dxa"/>
          </w:tcPr>
          <w:p w14:paraId="2ACDF132" w14:textId="77777777" w:rsidR="002111A7" w:rsidRPr="00741072" w:rsidRDefault="002111A7" w:rsidP="002111A7">
            <w:pPr>
              <w:shd w:val="clear" w:color="auto" w:fill="FFFFFF" w:themeFill="background1"/>
              <w:jc w:val="both"/>
              <w:rPr>
                <w:sz w:val="20"/>
                <w:szCs w:val="20"/>
                <w:lang w:val="es-EC"/>
              </w:rPr>
            </w:pPr>
          </w:p>
        </w:tc>
        <w:tc>
          <w:tcPr>
            <w:tcW w:w="1837" w:type="dxa"/>
          </w:tcPr>
          <w:p w14:paraId="39AAE7A0" w14:textId="77777777" w:rsidR="002111A7" w:rsidRPr="00741072" w:rsidRDefault="002111A7" w:rsidP="002111A7">
            <w:pPr>
              <w:shd w:val="clear" w:color="auto" w:fill="FFFFFF" w:themeFill="background1"/>
              <w:jc w:val="both"/>
              <w:rPr>
                <w:sz w:val="20"/>
                <w:szCs w:val="20"/>
                <w:lang w:val="es-EC"/>
              </w:rPr>
            </w:pPr>
          </w:p>
        </w:tc>
        <w:tc>
          <w:tcPr>
            <w:tcW w:w="1559" w:type="dxa"/>
          </w:tcPr>
          <w:p w14:paraId="0C80F7F6" w14:textId="77777777" w:rsidR="002111A7" w:rsidRPr="00741072" w:rsidRDefault="002111A7" w:rsidP="002111A7">
            <w:pPr>
              <w:shd w:val="clear" w:color="auto" w:fill="FFFFFF" w:themeFill="background1"/>
              <w:jc w:val="both"/>
              <w:rPr>
                <w:sz w:val="20"/>
                <w:szCs w:val="20"/>
                <w:lang w:val="es-EC"/>
              </w:rPr>
            </w:pPr>
          </w:p>
        </w:tc>
      </w:tr>
      <w:tr w:rsidR="002111A7" w:rsidRPr="00741072" w14:paraId="3EE82F29" w14:textId="4AB541E1" w:rsidTr="009A5F0C">
        <w:trPr>
          <w:trHeight w:val="579"/>
          <w:jc w:val="center"/>
        </w:trPr>
        <w:tc>
          <w:tcPr>
            <w:tcW w:w="1413" w:type="dxa"/>
          </w:tcPr>
          <w:p w14:paraId="74CA0CF9" w14:textId="5A73F800" w:rsidR="002111A7" w:rsidRPr="00741072" w:rsidRDefault="002111A7" w:rsidP="002111A7">
            <w:pPr>
              <w:shd w:val="clear" w:color="auto" w:fill="FFFFFF" w:themeFill="background1"/>
              <w:jc w:val="both"/>
              <w:rPr>
                <w:sz w:val="20"/>
                <w:szCs w:val="20"/>
                <w:lang w:val="es-EC"/>
              </w:rPr>
            </w:pPr>
            <w:r w:rsidRPr="00741072">
              <w:rPr>
                <w:sz w:val="20"/>
                <w:szCs w:val="20"/>
                <w:lang w:val="es-EC"/>
              </w:rPr>
              <w:t>n…</w:t>
            </w:r>
          </w:p>
        </w:tc>
        <w:tc>
          <w:tcPr>
            <w:tcW w:w="1551" w:type="dxa"/>
          </w:tcPr>
          <w:p w14:paraId="0660B2CF" w14:textId="77777777" w:rsidR="002111A7" w:rsidRPr="00741072" w:rsidRDefault="002111A7" w:rsidP="002111A7">
            <w:pPr>
              <w:shd w:val="clear" w:color="auto" w:fill="FFFFFF" w:themeFill="background1"/>
              <w:jc w:val="both"/>
              <w:rPr>
                <w:sz w:val="20"/>
                <w:szCs w:val="20"/>
                <w:lang w:val="es-EC"/>
              </w:rPr>
            </w:pPr>
          </w:p>
        </w:tc>
        <w:tc>
          <w:tcPr>
            <w:tcW w:w="1491" w:type="dxa"/>
          </w:tcPr>
          <w:p w14:paraId="46B85689" w14:textId="77777777" w:rsidR="002111A7" w:rsidRPr="00741072" w:rsidRDefault="002111A7" w:rsidP="002111A7">
            <w:pPr>
              <w:shd w:val="clear" w:color="auto" w:fill="FFFFFF" w:themeFill="background1"/>
              <w:jc w:val="both"/>
              <w:rPr>
                <w:sz w:val="20"/>
                <w:szCs w:val="20"/>
                <w:lang w:val="es-EC"/>
              </w:rPr>
            </w:pPr>
          </w:p>
        </w:tc>
        <w:tc>
          <w:tcPr>
            <w:tcW w:w="992" w:type="dxa"/>
          </w:tcPr>
          <w:p w14:paraId="28DCAD79" w14:textId="77777777" w:rsidR="002111A7" w:rsidRPr="00741072" w:rsidRDefault="002111A7" w:rsidP="002111A7">
            <w:pPr>
              <w:shd w:val="clear" w:color="auto" w:fill="FFFFFF" w:themeFill="background1"/>
              <w:jc w:val="both"/>
              <w:rPr>
                <w:sz w:val="20"/>
                <w:szCs w:val="20"/>
                <w:lang w:val="es-EC"/>
              </w:rPr>
            </w:pPr>
          </w:p>
        </w:tc>
        <w:tc>
          <w:tcPr>
            <w:tcW w:w="1276" w:type="dxa"/>
          </w:tcPr>
          <w:p w14:paraId="34F7BD6B" w14:textId="77777777" w:rsidR="002111A7" w:rsidRPr="00741072" w:rsidRDefault="002111A7" w:rsidP="002111A7">
            <w:pPr>
              <w:shd w:val="clear" w:color="auto" w:fill="FFFFFF" w:themeFill="background1"/>
              <w:jc w:val="both"/>
              <w:rPr>
                <w:sz w:val="20"/>
                <w:szCs w:val="20"/>
                <w:lang w:val="es-EC"/>
              </w:rPr>
            </w:pPr>
          </w:p>
        </w:tc>
        <w:tc>
          <w:tcPr>
            <w:tcW w:w="1837" w:type="dxa"/>
          </w:tcPr>
          <w:p w14:paraId="1F2A9022" w14:textId="77777777" w:rsidR="002111A7" w:rsidRPr="00741072" w:rsidRDefault="002111A7" w:rsidP="002111A7">
            <w:pPr>
              <w:shd w:val="clear" w:color="auto" w:fill="FFFFFF" w:themeFill="background1"/>
              <w:jc w:val="both"/>
              <w:rPr>
                <w:sz w:val="20"/>
                <w:szCs w:val="20"/>
                <w:lang w:val="es-EC"/>
              </w:rPr>
            </w:pPr>
          </w:p>
        </w:tc>
        <w:tc>
          <w:tcPr>
            <w:tcW w:w="1559" w:type="dxa"/>
          </w:tcPr>
          <w:p w14:paraId="26AD2058" w14:textId="77777777" w:rsidR="002111A7" w:rsidRPr="00741072" w:rsidRDefault="002111A7" w:rsidP="002111A7">
            <w:pPr>
              <w:shd w:val="clear" w:color="auto" w:fill="FFFFFF" w:themeFill="background1"/>
              <w:jc w:val="both"/>
              <w:rPr>
                <w:sz w:val="20"/>
                <w:szCs w:val="20"/>
                <w:lang w:val="es-EC"/>
              </w:rPr>
            </w:pPr>
          </w:p>
        </w:tc>
      </w:tr>
    </w:tbl>
    <w:p w14:paraId="3BA83A1A" w14:textId="7749191D" w:rsidR="00E05040" w:rsidRDefault="00AD4B11" w:rsidP="00741072">
      <w:pPr>
        <w:shd w:val="clear" w:color="auto" w:fill="FFFFFF" w:themeFill="background1"/>
        <w:jc w:val="both"/>
        <w:rPr>
          <w:lang w:val="es-EC"/>
        </w:rPr>
      </w:pPr>
      <w:r>
        <w:rPr>
          <w:lang w:val="es-EC"/>
        </w:rPr>
        <w:t xml:space="preserve"> </w:t>
      </w:r>
    </w:p>
    <w:p w14:paraId="1A6CD269" w14:textId="468A9879" w:rsidR="0093707C" w:rsidRPr="00741072" w:rsidRDefault="0093707C" w:rsidP="00741072">
      <w:pPr>
        <w:pStyle w:val="Ttulo1"/>
        <w:numPr>
          <w:ilvl w:val="0"/>
          <w:numId w:val="12"/>
        </w:numPr>
        <w:shd w:val="clear" w:color="auto" w:fill="FFFFFF" w:themeFill="background1"/>
        <w:jc w:val="both"/>
        <w:rPr>
          <w:rFonts w:asciiTheme="minorHAnsi" w:hAnsiTheme="minorHAnsi"/>
          <w:color w:val="auto"/>
          <w:lang w:val="es-EC"/>
        </w:rPr>
      </w:pPr>
      <w:r w:rsidRPr="00741072">
        <w:rPr>
          <w:rFonts w:asciiTheme="minorHAnsi" w:hAnsiTheme="minorHAnsi" w:cstheme="majorHAnsi"/>
          <w:lang w:val="es-EC"/>
        </w:rPr>
        <w:t>Docentes con calificación en evaluación integral del desempeño EIDPA menor al 75% que participaron en las actividades de formación, capacitación y actualización académica.</w:t>
      </w:r>
    </w:p>
    <w:p w14:paraId="711E3E7E" w14:textId="0790FFF1" w:rsidR="001200EF" w:rsidRPr="00741072" w:rsidRDefault="001200EF" w:rsidP="00741072">
      <w:pPr>
        <w:shd w:val="clear" w:color="auto" w:fill="FFFFFF" w:themeFill="background1"/>
        <w:jc w:val="both"/>
        <w:rPr>
          <w:lang w:val="es-EC"/>
        </w:rPr>
      </w:pPr>
      <w:r w:rsidRPr="00AD4B11">
        <w:rPr>
          <w:highlight w:val="yellow"/>
          <w:lang w:val="es-EC"/>
        </w:rPr>
        <w:t xml:space="preserve">(Ejemplo de matriz. </w:t>
      </w:r>
      <w:r w:rsidR="00AD4B11" w:rsidRPr="00AD4B11">
        <w:rPr>
          <w:highlight w:val="yellow"/>
          <w:lang w:val="es-EC"/>
        </w:rPr>
        <w:t>Se debe de tomar en consideración los resultados de evaluaciones del periodo anterior</w:t>
      </w:r>
      <w:r w:rsidR="00AD4B11">
        <w:rPr>
          <w:highlight w:val="yellow"/>
          <w:lang w:val="es-EC"/>
        </w:rPr>
        <w:t>. P</w:t>
      </w:r>
      <w:r w:rsidR="00AD4B11" w:rsidRPr="00AD4B11">
        <w:rPr>
          <w:highlight w:val="yellow"/>
          <w:lang w:val="es-EC"/>
        </w:rPr>
        <w:t xml:space="preserve">or ejemplo, </w:t>
      </w:r>
      <w:r w:rsidR="00545260">
        <w:rPr>
          <w:highlight w:val="yellow"/>
          <w:lang w:val="es-EC"/>
        </w:rPr>
        <w:t xml:space="preserve">si </w:t>
      </w:r>
      <w:r w:rsidR="00AD4B11" w:rsidRPr="00AD4B11">
        <w:rPr>
          <w:highlight w:val="yellow"/>
          <w:lang w:val="es-EC"/>
        </w:rPr>
        <w:t xml:space="preserve">entrega </w:t>
      </w:r>
      <w:r w:rsidR="00545260">
        <w:rPr>
          <w:highlight w:val="yellow"/>
          <w:lang w:val="es-EC"/>
        </w:rPr>
        <w:t>el</w:t>
      </w:r>
      <w:r w:rsidR="00AD4B11" w:rsidRPr="00AD4B11">
        <w:rPr>
          <w:highlight w:val="yellow"/>
          <w:lang w:val="es-EC"/>
        </w:rPr>
        <w:t xml:space="preserve"> informe</w:t>
      </w:r>
      <w:r w:rsidR="00AD4B11">
        <w:rPr>
          <w:highlight w:val="yellow"/>
          <w:lang w:val="es-EC"/>
        </w:rPr>
        <w:t xml:space="preserve"> de ejecución </w:t>
      </w:r>
      <w:r w:rsidR="00AD4B11" w:rsidRPr="00AD4B11">
        <w:rPr>
          <w:highlight w:val="yellow"/>
          <w:lang w:val="es-EC"/>
        </w:rPr>
        <w:t xml:space="preserve">periodo 2025-1, deben de agregar </w:t>
      </w:r>
      <w:r w:rsidR="00545260">
        <w:rPr>
          <w:highlight w:val="yellow"/>
          <w:lang w:val="es-EC"/>
        </w:rPr>
        <w:t xml:space="preserve">los resultados de </w:t>
      </w:r>
      <w:r w:rsidR="00545260" w:rsidRPr="00AD4B11">
        <w:rPr>
          <w:highlight w:val="yellow"/>
          <w:lang w:val="es-EC"/>
        </w:rPr>
        <w:t>evaluación</w:t>
      </w:r>
      <w:r w:rsidR="00AD4B11" w:rsidRPr="00AD4B11">
        <w:rPr>
          <w:highlight w:val="yellow"/>
          <w:lang w:val="es-EC"/>
        </w:rPr>
        <w:t xml:space="preserve"> </w:t>
      </w:r>
      <w:r w:rsidR="00545260">
        <w:rPr>
          <w:highlight w:val="yellow"/>
          <w:lang w:val="es-EC"/>
        </w:rPr>
        <w:t xml:space="preserve">del </w:t>
      </w:r>
      <w:proofErr w:type="gramStart"/>
      <w:r w:rsidR="00545260">
        <w:rPr>
          <w:highlight w:val="yellow"/>
          <w:lang w:val="es-EC"/>
        </w:rPr>
        <w:t xml:space="preserve">periodo </w:t>
      </w:r>
      <w:r w:rsidR="00AD4B11" w:rsidRPr="00AD4B11">
        <w:rPr>
          <w:highlight w:val="yellow"/>
          <w:lang w:val="es-EC"/>
        </w:rPr>
        <w:t xml:space="preserve"> 2024</w:t>
      </w:r>
      <w:proofErr w:type="gramEnd"/>
      <w:r w:rsidR="00AD4B11" w:rsidRPr="00AD4B11">
        <w:rPr>
          <w:highlight w:val="yellow"/>
          <w:lang w:val="es-EC"/>
        </w:rPr>
        <w:t>-2</w:t>
      </w:r>
      <w:r w:rsidR="00AD4B11">
        <w:rPr>
          <w:highlight w:val="yellow"/>
          <w:lang w:val="es-EC"/>
        </w:rPr>
        <w:t>.</w:t>
      </w:r>
      <w:r w:rsidR="00AD4B11" w:rsidRPr="00AD4B11">
        <w:rPr>
          <w:highlight w:val="yellow"/>
          <w:lang w:val="es-EC"/>
        </w:rPr>
        <w:t xml:space="preserve">  </w:t>
      </w:r>
      <w:r w:rsidRPr="00AD4B11">
        <w:rPr>
          <w:highlight w:val="yellow"/>
          <w:lang w:val="es-EC"/>
        </w:rPr>
        <w:t>Eliminar esta nota antes de imprimir).</w:t>
      </w:r>
    </w:p>
    <w:tbl>
      <w:tblPr>
        <w:tblStyle w:val="Tablaconcuadrcula"/>
        <w:tblW w:w="9209" w:type="dxa"/>
        <w:tblLook w:val="04A0" w:firstRow="1" w:lastRow="0" w:firstColumn="1" w:lastColumn="0" w:noHBand="0" w:noVBand="1"/>
      </w:tblPr>
      <w:tblGrid>
        <w:gridCol w:w="1839"/>
        <w:gridCol w:w="1842"/>
        <w:gridCol w:w="1016"/>
        <w:gridCol w:w="1961"/>
        <w:gridCol w:w="2551"/>
      </w:tblGrid>
      <w:tr w:rsidR="0093707C" w:rsidRPr="001E7B0E" w14:paraId="3BAA33DD" w14:textId="77777777" w:rsidTr="0093707C">
        <w:tc>
          <w:tcPr>
            <w:tcW w:w="1839" w:type="dxa"/>
            <w:hideMark/>
          </w:tcPr>
          <w:p w14:paraId="64F92318" w14:textId="77777777" w:rsidR="00BC61D8" w:rsidRPr="001E7B0E" w:rsidRDefault="00BC61D8" w:rsidP="00741072">
            <w:pPr>
              <w:shd w:val="clear" w:color="auto" w:fill="FFFFFF" w:themeFill="background1"/>
              <w:jc w:val="center"/>
              <w:rPr>
                <w:rFonts w:eastAsia="Times New Roman" w:cs="Times New Roman"/>
                <w:b/>
                <w:bCs/>
                <w:sz w:val="20"/>
                <w:szCs w:val="20"/>
                <w:lang w:val="es-EC" w:eastAsia="es-EC"/>
              </w:rPr>
            </w:pPr>
            <w:r w:rsidRPr="001E7B0E">
              <w:rPr>
                <w:rFonts w:eastAsia="Times New Roman" w:cs="Times New Roman"/>
                <w:b/>
                <w:bCs/>
                <w:sz w:val="20"/>
                <w:szCs w:val="20"/>
                <w:lang w:val="es-EC" w:eastAsia="es-EC"/>
              </w:rPr>
              <w:t>Apellidos y nombres</w:t>
            </w:r>
          </w:p>
        </w:tc>
        <w:tc>
          <w:tcPr>
            <w:tcW w:w="1842" w:type="dxa"/>
            <w:hideMark/>
          </w:tcPr>
          <w:p w14:paraId="44C4370B" w14:textId="3A8DFD65" w:rsidR="00BC61D8" w:rsidRPr="001E7B0E" w:rsidRDefault="0093707C" w:rsidP="00741072">
            <w:pPr>
              <w:shd w:val="clear" w:color="auto" w:fill="FFFFFF" w:themeFill="background1"/>
              <w:jc w:val="center"/>
              <w:rPr>
                <w:rFonts w:eastAsia="Times New Roman" w:cs="Times New Roman"/>
                <w:b/>
                <w:bCs/>
                <w:sz w:val="20"/>
                <w:szCs w:val="20"/>
                <w:lang w:val="es-EC" w:eastAsia="es-EC"/>
              </w:rPr>
            </w:pPr>
            <w:r w:rsidRPr="001E7B0E">
              <w:rPr>
                <w:rFonts w:eastAsia="Times New Roman" w:cs="Times New Roman"/>
                <w:b/>
                <w:bCs/>
                <w:sz w:val="20"/>
                <w:szCs w:val="20"/>
                <w:lang w:val="es-EC" w:eastAsia="es-EC"/>
              </w:rPr>
              <w:t>Nro. de identificación</w:t>
            </w:r>
          </w:p>
        </w:tc>
        <w:tc>
          <w:tcPr>
            <w:tcW w:w="1016" w:type="dxa"/>
            <w:hideMark/>
          </w:tcPr>
          <w:p w14:paraId="36808D58" w14:textId="260D1A2C" w:rsidR="00BC61D8" w:rsidRPr="001E7B0E" w:rsidRDefault="00BC61D8" w:rsidP="00741072">
            <w:pPr>
              <w:shd w:val="clear" w:color="auto" w:fill="FFFFFF" w:themeFill="background1"/>
              <w:jc w:val="center"/>
              <w:rPr>
                <w:rFonts w:eastAsia="Times New Roman" w:cs="Times New Roman"/>
                <w:b/>
                <w:bCs/>
                <w:sz w:val="20"/>
                <w:szCs w:val="20"/>
                <w:lang w:val="es-EC" w:eastAsia="es-EC"/>
              </w:rPr>
            </w:pPr>
            <w:r w:rsidRPr="001E7B0E">
              <w:rPr>
                <w:rFonts w:eastAsia="Times New Roman" w:cs="Times New Roman"/>
                <w:b/>
                <w:bCs/>
                <w:sz w:val="20"/>
                <w:szCs w:val="20"/>
                <w:lang w:val="es-EC" w:eastAsia="es-EC"/>
              </w:rPr>
              <w:t>Nota integral</w:t>
            </w:r>
          </w:p>
        </w:tc>
        <w:tc>
          <w:tcPr>
            <w:tcW w:w="1961" w:type="dxa"/>
            <w:hideMark/>
          </w:tcPr>
          <w:p w14:paraId="7CBB3578" w14:textId="77777777" w:rsidR="00BC61D8" w:rsidRPr="001E7B0E" w:rsidRDefault="00BC61D8" w:rsidP="00741072">
            <w:pPr>
              <w:shd w:val="clear" w:color="auto" w:fill="FFFFFF" w:themeFill="background1"/>
              <w:jc w:val="center"/>
              <w:rPr>
                <w:rFonts w:eastAsia="Times New Roman" w:cs="Times New Roman"/>
                <w:b/>
                <w:bCs/>
                <w:sz w:val="20"/>
                <w:szCs w:val="20"/>
                <w:lang w:val="es-EC" w:eastAsia="es-EC"/>
              </w:rPr>
            </w:pPr>
            <w:r w:rsidRPr="001E7B0E">
              <w:rPr>
                <w:rFonts w:eastAsia="Times New Roman" w:cs="Times New Roman"/>
                <w:b/>
                <w:bCs/>
                <w:sz w:val="20"/>
                <w:szCs w:val="20"/>
                <w:lang w:val="es-EC" w:eastAsia="es-EC"/>
              </w:rPr>
              <w:t>Capacitación recibida</w:t>
            </w:r>
          </w:p>
        </w:tc>
        <w:tc>
          <w:tcPr>
            <w:tcW w:w="2551" w:type="dxa"/>
            <w:hideMark/>
          </w:tcPr>
          <w:p w14:paraId="34FF27E4" w14:textId="77777777" w:rsidR="00BC61D8" w:rsidRPr="001E7B0E" w:rsidRDefault="00BC61D8" w:rsidP="00741072">
            <w:pPr>
              <w:shd w:val="clear" w:color="auto" w:fill="FFFFFF" w:themeFill="background1"/>
              <w:jc w:val="center"/>
              <w:rPr>
                <w:rFonts w:eastAsia="Times New Roman" w:cs="Times New Roman"/>
                <w:b/>
                <w:bCs/>
                <w:sz w:val="20"/>
                <w:szCs w:val="20"/>
                <w:lang w:val="es-EC" w:eastAsia="es-EC"/>
              </w:rPr>
            </w:pPr>
            <w:r w:rsidRPr="001E7B0E">
              <w:rPr>
                <w:rFonts w:eastAsia="Times New Roman" w:cs="Times New Roman"/>
                <w:b/>
                <w:bCs/>
                <w:sz w:val="20"/>
                <w:szCs w:val="20"/>
                <w:lang w:val="es-EC" w:eastAsia="es-EC"/>
              </w:rPr>
              <w:t>Resultado esperado</w:t>
            </w:r>
          </w:p>
        </w:tc>
      </w:tr>
      <w:tr w:rsidR="0093707C" w:rsidRPr="00094BFC" w14:paraId="3A908877" w14:textId="77777777" w:rsidTr="0093707C">
        <w:tc>
          <w:tcPr>
            <w:tcW w:w="1839" w:type="dxa"/>
            <w:hideMark/>
          </w:tcPr>
          <w:p w14:paraId="0B947D8E" w14:textId="6407701E" w:rsidR="00BC61D8" w:rsidRPr="001E7B0E" w:rsidRDefault="0093707C" w:rsidP="00741072">
            <w:pPr>
              <w:shd w:val="clear" w:color="auto" w:fill="FFFFFF" w:themeFill="background1"/>
              <w:jc w:val="both"/>
              <w:rPr>
                <w:rFonts w:eastAsia="Times New Roman" w:cs="Times New Roman"/>
                <w:sz w:val="20"/>
                <w:szCs w:val="20"/>
                <w:lang w:val="es-EC" w:eastAsia="es-EC"/>
              </w:rPr>
            </w:pPr>
            <w:r w:rsidRPr="001E7B0E">
              <w:rPr>
                <w:rFonts w:eastAsia="Times New Roman" w:cs="Times New Roman"/>
                <w:sz w:val="20"/>
                <w:szCs w:val="20"/>
                <w:lang w:val="es-EC" w:eastAsia="es-EC"/>
              </w:rPr>
              <w:t xml:space="preserve">Completos, sin títulos </w:t>
            </w:r>
          </w:p>
        </w:tc>
        <w:tc>
          <w:tcPr>
            <w:tcW w:w="1842" w:type="dxa"/>
            <w:hideMark/>
          </w:tcPr>
          <w:p w14:paraId="5AA16303" w14:textId="7A2CA081" w:rsidR="00BC61D8" w:rsidRPr="001E7B0E" w:rsidRDefault="0093707C" w:rsidP="00741072">
            <w:pPr>
              <w:shd w:val="clear" w:color="auto" w:fill="FFFFFF" w:themeFill="background1"/>
              <w:jc w:val="both"/>
              <w:rPr>
                <w:rFonts w:eastAsia="Times New Roman" w:cs="Times New Roman"/>
                <w:sz w:val="20"/>
                <w:szCs w:val="20"/>
                <w:lang w:val="es-EC" w:eastAsia="es-EC"/>
              </w:rPr>
            </w:pPr>
            <w:r w:rsidRPr="001E7B0E">
              <w:rPr>
                <w:rFonts w:eastAsia="Times New Roman" w:cs="Times New Roman"/>
                <w:sz w:val="20"/>
                <w:szCs w:val="20"/>
                <w:lang w:val="es-EC" w:eastAsia="es-EC"/>
              </w:rPr>
              <w:t>Nro. de Cédula o pasaporte</w:t>
            </w:r>
          </w:p>
        </w:tc>
        <w:tc>
          <w:tcPr>
            <w:tcW w:w="1016" w:type="dxa"/>
            <w:hideMark/>
          </w:tcPr>
          <w:p w14:paraId="7C604D4B" w14:textId="1EC786C4" w:rsidR="00BC61D8" w:rsidRPr="001E7B0E" w:rsidRDefault="0093707C" w:rsidP="00741072">
            <w:pPr>
              <w:shd w:val="clear" w:color="auto" w:fill="FFFFFF" w:themeFill="background1"/>
              <w:jc w:val="center"/>
              <w:rPr>
                <w:rFonts w:eastAsia="Times New Roman" w:cs="Times New Roman"/>
                <w:sz w:val="20"/>
                <w:szCs w:val="20"/>
                <w:lang w:val="es-EC" w:eastAsia="es-EC"/>
              </w:rPr>
            </w:pPr>
            <w:r w:rsidRPr="001E7B0E">
              <w:rPr>
                <w:rFonts w:eastAsia="Times New Roman" w:cs="Times New Roman"/>
                <w:sz w:val="20"/>
                <w:szCs w:val="20"/>
                <w:lang w:val="es-EC" w:eastAsia="es-EC"/>
              </w:rPr>
              <w:t>7</w:t>
            </w:r>
            <w:r w:rsidR="00AD4B11">
              <w:rPr>
                <w:rFonts w:eastAsia="Times New Roman" w:cs="Times New Roman"/>
                <w:sz w:val="20"/>
                <w:szCs w:val="20"/>
                <w:lang w:val="es-EC" w:eastAsia="es-EC"/>
              </w:rPr>
              <w:t>5</w:t>
            </w:r>
            <w:r w:rsidRPr="001E7B0E">
              <w:rPr>
                <w:rFonts w:eastAsia="Times New Roman" w:cs="Times New Roman"/>
                <w:sz w:val="20"/>
                <w:szCs w:val="20"/>
                <w:lang w:val="es-EC" w:eastAsia="es-EC"/>
              </w:rPr>
              <w:t>%</w:t>
            </w:r>
          </w:p>
        </w:tc>
        <w:tc>
          <w:tcPr>
            <w:tcW w:w="1961" w:type="dxa"/>
            <w:hideMark/>
          </w:tcPr>
          <w:p w14:paraId="158222F8" w14:textId="07452B73" w:rsidR="00BC61D8" w:rsidRPr="001E7B0E" w:rsidRDefault="00BC61D8" w:rsidP="00741072">
            <w:pPr>
              <w:shd w:val="clear" w:color="auto" w:fill="FFFFFF" w:themeFill="background1"/>
              <w:jc w:val="both"/>
              <w:rPr>
                <w:rFonts w:eastAsia="Times New Roman" w:cs="Times New Roman"/>
                <w:sz w:val="20"/>
                <w:szCs w:val="20"/>
                <w:lang w:val="es-EC" w:eastAsia="es-EC"/>
              </w:rPr>
            </w:pPr>
            <w:r w:rsidRPr="001E7B0E">
              <w:rPr>
                <w:rFonts w:eastAsia="Times New Roman" w:cs="Times New Roman"/>
                <w:sz w:val="20"/>
                <w:szCs w:val="20"/>
                <w:lang w:val="es-EC" w:eastAsia="es-EC"/>
              </w:rPr>
              <w:t>Curso de</w:t>
            </w:r>
            <w:r w:rsidR="0093707C" w:rsidRPr="001E7B0E">
              <w:rPr>
                <w:rFonts w:eastAsia="Times New Roman" w:cs="Times New Roman"/>
                <w:sz w:val="20"/>
                <w:szCs w:val="20"/>
                <w:lang w:val="es-EC" w:eastAsia="es-EC"/>
              </w:rPr>
              <w:t>…</w:t>
            </w:r>
          </w:p>
        </w:tc>
        <w:tc>
          <w:tcPr>
            <w:tcW w:w="2551" w:type="dxa"/>
            <w:hideMark/>
          </w:tcPr>
          <w:p w14:paraId="3C844D26" w14:textId="063BBBF2" w:rsidR="0093707C" w:rsidRPr="001E7B0E" w:rsidRDefault="0093707C" w:rsidP="00741072">
            <w:pPr>
              <w:shd w:val="clear" w:color="auto" w:fill="FFFFFF" w:themeFill="background1"/>
              <w:jc w:val="both"/>
              <w:rPr>
                <w:rFonts w:eastAsia="Times New Roman" w:cs="Times New Roman"/>
                <w:sz w:val="20"/>
                <w:szCs w:val="20"/>
                <w:lang w:val="es-EC" w:eastAsia="es-EC"/>
              </w:rPr>
            </w:pPr>
            <w:r w:rsidRPr="001E7B0E">
              <w:rPr>
                <w:rFonts w:eastAsia="Times New Roman" w:cs="Times New Roman"/>
                <w:sz w:val="20"/>
                <w:szCs w:val="20"/>
                <w:lang w:val="es-EC" w:eastAsia="es-EC"/>
              </w:rPr>
              <w:t xml:space="preserve">Alineado al componente donde debía mejorar. </w:t>
            </w:r>
          </w:p>
        </w:tc>
      </w:tr>
      <w:tr w:rsidR="0093707C" w:rsidRPr="001E7B0E" w14:paraId="1EF73182" w14:textId="77777777" w:rsidTr="0093707C">
        <w:tc>
          <w:tcPr>
            <w:tcW w:w="1839" w:type="dxa"/>
          </w:tcPr>
          <w:p w14:paraId="24CACAEC" w14:textId="5C8DFCE0" w:rsidR="0093707C" w:rsidRPr="001E7B0E" w:rsidRDefault="0093707C" w:rsidP="00741072">
            <w:pPr>
              <w:shd w:val="clear" w:color="auto" w:fill="FFFFFF" w:themeFill="background1"/>
              <w:jc w:val="both"/>
              <w:rPr>
                <w:rFonts w:eastAsia="Times New Roman" w:cs="Times New Roman"/>
                <w:sz w:val="20"/>
                <w:szCs w:val="20"/>
                <w:lang w:val="es-EC" w:eastAsia="es-EC"/>
              </w:rPr>
            </w:pPr>
            <w:r w:rsidRPr="001E7B0E">
              <w:rPr>
                <w:rFonts w:eastAsia="Times New Roman" w:cs="Times New Roman"/>
                <w:sz w:val="20"/>
                <w:szCs w:val="20"/>
                <w:lang w:val="es-EC" w:eastAsia="es-EC"/>
              </w:rPr>
              <w:t>n…</w:t>
            </w:r>
          </w:p>
        </w:tc>
        <w:tc>
          <w:tcPr>
            <w:tcW w:w="1842" w:type="dxa"/>
          </w:tcPr>
          <w:p w14:paraId="12D77E61" w14:textId="77777777" w:rsidR="0093707C" w:rsidRPr="001E7B0E" w:rsidRDefault="0093707C" w:rsidP="00741072">
            <w:pPr>
              <w:shd w:val="clear" w:color="auto" w:fill="FFFFFF" w:themeFill="background1"/>
              <w:jc w:val="both"/>
              <w:rPr>
                <w:rFonts w:eastAsia="Times New Roman" w:cs="Times New Roman"/>
                <w:sz w:val="20"/>
                <w:szCs w:val="20"/>
                <w:lang w:val="es-EC" w:eastAsia="es-EC"/>
              </w:rPr>
            </w:pPr>
          </w:p>
        </w:tc>
        <w:tc>
          <w:tcPr>
            <w:tcW w:w="1016" w:type="dxa"/>
          </w:tcPr>
          <w:p w14:paraId="7017FD04" w14:textId="77777777" w:rsidR="0093707C" w:rsidRPr="001E7B0E" w:rsidRDefault="0093707C" w:rsidP="00741072">
            <w:pPr>
              <w:shd w:val="clear" w:color="auto" w:fill="FFFFFF" w:themeFill="background1"/>
              <w:jc w:val="both"/>
              <w:rPr>
                <w:rFonts w:eastAsia="Times New Roman" w:cs="Times New Roman"/>
                <w:sz w:val="20"/>
                <w:szCs w:val="20"/>
                <w:lang w:val="es-EC" w:eastAsia="es-EC"/>
              </w:rPr>
            </w:pPr>
          </w:p>
        </w:tc>
        <w:tc>
          <w:tcPr>
            <w:tcW w:w="1961" w:type="dxa"/>
          </w:tcPr>
          <w:p w14:paraId="635281FB" w14:textId="77777777" w:rsidR="0093707C" w:rsidRPr="001E7B0E" w:rsidRDefault="0093707C" w:rsidP="00741072">
            <w:pPr>
              <w:shd w:val="clear" w:color="auto" w:fill="FFFFFF" w:themeFill="background1"/>
              <w:jc w:val="both"/>
              <w:rPr>
                <w:rFonts w:eastAsia="Times New Roman" w:cs="Times New Roman"/>
                <w:sz w:val="20"/>
                <w:szCs w:val="20"/>
                <w:lang w:val="es-EC" w:eastAsia="es-EC"/>
              </w:rPr>
            </w:pPr>
          </w:p>
        </w:tc>
        <w:tc>
          <w:tcPr>
            <w:tcW w:w="2551" w:type="dxa"/>
          </w:tcPr>
          <w:p w14:paraId="6F515A04" w14:textId="77777777" w:rsidR="0093707C" w:rsidRPr="001E7B0E" w:rsidRDefault="0093707C" w:rsidP="00741072">
            <w:pPr>
              <w:shd w:val="clear" w:color="auto" w:fill="FFFFFF" w:themeFill="background1"/>
              <w:jc w:val="both"/>
              <w:rPr>
                <w:rFonts w:eastAsia="Times New Roman" w:cs="Times New Roman"/>
                <w:sz w:val="20"/>
                <w:szCs w:val="20"/>
                <w:lang w:val="es-EC" w:eastAsia="es-EC"/>
              </w:rPr>
            </w:pPr>
          </w:p>
        </w:tc>
      </w:tr>
      <w:tr w:rsidR="0093707C" w:rsidRPr="001E7B0E" w14:paraId="66A9AAD3" w14:textId="77777777" w:rsidTr="0093707C">
        <w:tc>
          <w:tcPr>
            <w:tcW w:w="1839" w:type="dxa"/>
          </w:tcPr>
          <w:p w14:paraId="133C7BA3" w14:textId="77777777" w:rsidR="0093707C" w:rsidRPr="001E7B0E" w:rsidRDefault="0093707C" w:rsidP="00741072">
            <w:pPr>
              <w:shd w:val="clear" w:color="auto" w:fill="FFFFFF" w:themeFill="background1"/>
              <w:jc w:val="both"/>
              <w:rPr>
                <w:rFonts w:eastAsia="Times New Roman" w:cs="Times New Roman"/>
                <w:sz w:val="20"/>
                <w:szCs w:val="20"/>
                <w:lang w:val="es-EC" w:eastAsia="es-EC"/>
              </w:rPr>
            </w:pPr>
          </w:p>
        </w:tc>
        <w:tc>
          <w:tcPr>
            <w:tcW w:w="1842" w:type="dxa"/>
          </w:tcPr>
          <w:p w14:paraId="125FDC35" w14:textId="77777777" w:rsidR="0093707C" w:rsidRPr="001E7B0E" w:rsidRDefault="0093707C" w:rsidP="00741072">
            <w:pPr>
              <w:shd w:val="clear" w:color="auto" w:fill="FFFFFF" w:themeFill="background1"/>
              <w:jc w:val="both"/>
              <w:rPr>
                <w:rFonts w:eastAsia="Times New Roman" w:cs="Times New Roman"/>
                <w:sz w:val="20"/>
                <w:szCs w:val="20"/>
                <w:lang w:val="es-EC" w:eastAsia="es-EC"/>
              </w:rPr>
            </w:pPr>
          </w:p>
        </w:tc>
        <w:tc>
          <w:tcPr>
            <w:tcW w:w="1016" w:type="dxa"/>
          </w:tcPr>
          <w:p w14:paraId="028F9561" w14:textId="77777777" w:rsidR="0093707C" w:rsidRPr="001E7B0E" w:rsidRDefault="0093707C" w:rsidP="00741072">
            <w:pPr>
              <w:shd w:val="clear" w:color="auto" w:fill="FFFFFF" w:themeFill="background1"/>
              <w:jc w:val="both"/>
              <w:rPr>
                <w:rFonts w:eastAsia="Times New Roman" w:cs="Times New Roman"/>
                <w:sz w:val="20"/>
                <w:szCs w:val="20"/>
                <w:lang w:val="es-EC" w:eastAsia="es-EC"/>
              </w:rPr>
            </w:pPr>
          </w:p>
        </w:tc>
        <w:tc>
          <w:tcPr>
            <w:tcW w:w="1961" w:type="dxa"/>
          </w:tcPr>
          <w:p w14:paraId="59625F96" w14:textId="77777777" w:rsidR="0093707C" w:rsidRPr="001E7B0E" w:rsidRDefault="0093707C" w:rsidP="00741072">
            <w:pPr>
              <w:shd w:val="clear" w:color="auto" w:fill="FFFFFF" w:themeFill="background1"/>
              <w:jc w:val="both"/>
              <w:rPr>
                <w:rFonts w:eastAsia="Times New Roman" w:cs="Times New Roman"/>
                <w:sz w:val="20"/>
                <w:szCs w:val="20"/>
                <w:lang w:val="es-EC" w:eastAsia="es-EC"/>
              </w:rPr>
            </w:pPr>
          </w:p>
        </w:tc>
        <w:tc>
          <w:tcPr>
            <w:tcW w:w="2551" w:type="dxa"/>
          </w:tcPr>
          <w:p w14:paraId="2DF9E3EC" w14:textId="77777777" w:rsidR="0093707C" w:rsidRPr="001E7B0E" w:rsidRDefault="0093707C" w:rsidP="00741072">
            <w:pPr>
              <w:shd w:val="clear" w:color="auto" w:fill="FFFFFF" w:themeFill="background1"/>
              <w:jc w:val="both"/>
              <w:rPr>
                <w:rFonts w:eastAsia="Times New Roman" w:cs="Times New Roman"/>
                <w:sz w:val="20"/>
                <w:szCs w:val="20"/>
                <w:lang w:val="es-EC" w:eastAsia="es-EC"/>
              </w:rPr>
            </w:pPr>
          </w:p>
        </w:tc>
      </w:tr>
    </w:tbl>
    <w:p w14:paraId="002E818E" w14:textId="77777777" w:rsidR="00E05040" w:rsidRDefault="00E05040" w:rsidP="00741072">
      <w:pPr>
        <w:shd w:val="clear" w:color="auto" w:fill="FFFFFF" w:themeFill="background1"/>
        <w:jc w:val="both"/>
        <w:rPr>
          <w:lang w:val="es-EC"/>
        </w:rPr>
      </w:pPr>
    </w:p>
    <w:p w14:paraId="196EE30F" w14:textId="781E33D3" w:rsidR="002F214F" w:rsidRPr="00741072" w:rsidRDefault="00000000" w:rsidP="00741072">
      <w:pPr>
        <w:pStyle w:val="Ttulo1"/>
        <w:numPr>
          <w:ilvl w:val="0"/>
          <w:numId w:val="12"/>
        </w:numPr>
        <w:shd w:val="clear" w:color="auto" w:fill="FFFFFF" w:themeFill="background1"/>
        <w:jc w:val="both"/>
        <w:rPr>
          <w:rFonts w:asciiTheme="minorHAnsi" w:hAnsiTheme="minorHAnsi"/>
          <w:lang w:val="es-EC"/>
        </w:rPr>
      </w:pPr>
      <w:r w:rsidRPr="00741072">
        <w:rPr>
          <w:rFonts w:asciiTheme="minorHAnsi" w:hAnsiTheme="minorHAnsi"/>
          <w:lang w:val="es-EC"/>
        </w:rPr>
        <w:t>Formación Doctoral y Posdoctoral</w:t>
      </w:r>
      <w:r w:rsidR="0093707C" w:rsidRPr="00741072">
        <w:rPr>
          <w:rFonts w:asciiTheme="minorHAnsi" w:hAnsiTheme="minorHAnsi"/>
          <w:lang w:val="es-EC"/>
        </w:rPr>
        <w:t>.</w:t>
      </w:r>
    </w:p>
    <w:p w14:paraId="38BA0BE6" w14:textId="77777777" w:rsidR="005B27D0" w:rsidRPr="00741072" w:rsidRDefault="005B27D0" w:rsidP="00741072">
      <w:pPr>
        <w:pStyle w:val="Prrafodelista"/>
        <w:shd w:val="clear" w:color="auto" w:fill="FFFFFF" w:themeFill="background1"/>
        <w:jc w:val="both"/>
        <w:rPr>
          <w:b/>
          <w:bCs/>
          <w:lang w:val="es-EC"/>
        </w:rPr>
      </w:pPr>
    </w:p>
    <w:p w14:paraId="4E096355" w14:textId="0AC4BE02" w:rsidR="002F214F" w:rsidRPr="00741072" w:rsidRDefault="00000000" w:rsidP="00741072">
      <w:pPr>
        <w:pStyle w:val="Prrafodelista"/>
        <w:numPr>
          <w:ilvl w:val="0"/>
          <w:numId w:val="14"/>
        </w:numPr>
        <w:shd w:val="clear" w:color="auto" w:fill="FFFFFF" w:themeFill="background1"/>
        <w:jc w:val="both"/>
        <w:rPr>
          <w:b/>
          <w:bCs/>
          <w:lang w:val="es-EC"/>
        </w:rPr>
      </w:pPr>
      <w:r w:rsidRPr="00741072">
        <w:rPr>
          <w:b/>
          <w:bCs/>
          <w:lang w:val="es-EC"/>
        </w:rPr>
        <w:t>Docentes en programas doctorales</w:t>
      </w:r>
      <w:r w:rsidR="00B90149" w:rsidRPr="00741072">
        <w:rPr>
          <w:b/>
          <w:bCs/>
          <w:lang w:val="es-EC"/>
        </w:rPr>
        <w:t>.</w:t>
      </w:r>
    </w:p>
    <w:p w14:paraId="59348626" w14:textId="47B2A5DE" w:rsidR="002F214F" w:rsidRPr="00741072" w:rsidRDefault="00000000" w:rsidP="00741072">
      <w:pPr>
        <w:shd w:val="clear" w:color="auto" w:fill="FFFFFF" w:themeFill="background1"/>
        <w:jc w:val="both"/>
        <w:rPr>
          <w:lang w:val="es-EC"/>
        </w:rPr>
      </w:pPr>
      <w:r w:rsidRPr="00AD4B11">
        <w:rPr>
          <w:highlight w:val="yellow"/>
          <w:lang w:val="es-EC"/>
        </w:rPr>
        <w:t>(</w:t>
      </w:r>
      <w:r w:rsidR="005B27D0" w:rsidRPr="00AD4B11">
        <w:rPr>
          <w:highlight w:val="yellow"/>
          <w:lang w:val="es-EC"/>
        </w:rPr>
        <w:t>Ejemplo de matriz. Eliminar esta nota antes de imprimir</w:t>
      </w:r>
      <w:r w:rsidRPr="00AD4B11">
        <w:rPr>
          <w:highlight w:val="yellow"/>
          <w:lang w:val="es-EC"/>
        </w:rPr>
        <w:t>).</w:t>
      </w:r>
    </w:p>
    <w:tbl>
      <w:tblPr>
        <w:tblStyle w:val="Tablaconcuadrcula"/>
        <w:tblW w:w="9640" w:type="dxa"/>
        <w:tblInd w:w="-431" w:type="dxa"/>
        <w:tblLayout w:type="fixed"/>
        <w:tblLook w:val="04A0" w:firstRow="1" w:lastRow="0" w:firstColumn="1" w:lastColumn="0" w:noHBand="0" w:noVBand="1"/>
      </w:tblPr>
      <w:tblGrid>
        <w:gridCol w:w="1419"/>
        <w:gridCol w:w="1275"/>
        <w:gridCol w:w="1418"/>
        <w:gridCol w:w="1417"/>
        <w:gridCol w:w="1387"/>
        <w:gridCol w:w="1087"/>
        <w:gridCol w:w="791"/>
        <w:gridCol w:w="846"/>
      </w:tblGrid>
      <w:tr w:rsidR="00CB3B3E" w:rsidRPr="001E7B0E" w14:paraId="3CE0D018" w14:textId="77777777" w:rsidTr="00CB3B3E">
        <w:tc>
          <w:tcPr>
            <w:tcW w:w="1419" w:type="dxa"/>
            <w:hideMark/>
          </w:tcPr>
          <w:p w14:paraId="55555261" w14:textId="18089796" w:rsidR="005B27D0" w:rsidRPr="001E7B0E" w:rsidRDefault="005B27D0" w:rsidP="00741072">
            <w:pPr>
              <w:shd w:val="clear" w:color="auto" w:fill="FFFFFF" w:themeFill="background1"/>
              <w:jc w:val="both"/>
              <w:rPr>
                <w:rFonts w:eastAsia="Times New Roman" w:cs="Times New Roman"/>
                <w:b/>
                <w:bCs/>
                <w:sz w:val="20"/>
                <w:szCs w:val="20"/>
                <w:lang w:val="es-EC" w:eastAsia="es-EC"/>
              </w:rPr>
            </w:pPr>
            <w:r w:rsidRPr="001E7B0E">
              <w:rPr>
                <w:rFonts w:eastAsia="Times New Roman" w:cs="Times New Roman"/>
                <w:b/>
                <w:bCs/>
                <w:sz w:val="20"/>
                <w:szCs w:val="20"/>
                <w:lang w:val="es-EC" w:eastAsia="es-EC"/>
              </w:rPr>
              <w:t>Apellidos y nombres</w:t>
            </w:r>
          </w:p>
        </w:tc>
        <w:tc>
          <w:tcPr>
            <w:tcW w:w="1275" w:type="dxa"/>
          </w:tcPr>
          <w:p w14:paraId="7080306F" w14:textId="152A9AA3" w:rsidR="005B27D0" w:rsidRPr="001E7B0E" w:rsidRDefault="005B27D0" w:rsidP="00741072">
            <w:pPr>
              <w:shd w:val="clear" w:color="auto" w:fill="FFFFFF" w:themeFill="background1"/>
              <w:jc w:val="both"/>
              <w:rPr>
                <w:rFonts w:eastAsia="Times New Roman" w:cs="Times New Roman"/>
                <w:b/>
                <w:bCs/>
                <w:sz w:val="20"/>
                <w:szCs w:val="20"/>
                <w:lang w:val="es-EC" w:eastAsia="es-EC"/>
              </w:rPr>
            </w:pPr>
            <w:r w:rsidRPr="001E7B0E">
              <w:rPr>
                <w:rFonts w:eastAsia="Times New Roman" w:cs="Times New Roman"/>
                <w:b/>
                <w:bCs/>
                <w:sz w:val="20"/>
                <w:szCs w:val="20"/>
                <w:lang w:val="es-EC" w:eastAsia="es-EC"/>
              </w:rPr>
              <w:t>Nro. de identificación</w:t>
            </w:r>
          </w:p>
        </w:tc>
        <w:tc>
          <w:tcPr>
            <w:tcW w:w="1418" w:type="dxa"/>
            <w:hideMark/>
          </w:tcPr>
          <w:p w14:paraId="45463CF6" w14:textId="2B8D8DA8" w:rsidR="005B27D0" w:rsidRPr="001E7B0E" w:rsidRDefault="005B27D0" w:rsidP="00741072">
            <w:pPr>
              <w:shd w:val="clear" w:color="auto" w:fill="FFFFFF" w:themeFill="background1"/>
              <w:jc w:val="both"/>
              <w:rPr>
                <w:rFonts w:eastAsia="Times New Roman" w:cs="Times New Roman"/>
                <w:b/>
                <w:bCs/>
                <w:sz w:val="20"/>
                <w:szCs w:val="20"/>
                <w:lang w:val="es-EC" w:eastAsia="es-EC"/>
              </w:rPr>
            </w:pPr>
            <w:r w:rsidRPr="001E7B0E">
              <w:rPr>
                <w:rFonts w:eastAsia="Times New Roman" w:cs="Times New Roman"/>
                <w:b/>
                <w:bCs/>
                <w:sz w:val="20"/>
                <w:szCs w:val="20"/>
                <w:lang w:val="es-EC" w:eastAsia="es-EC"/>
              </w:rPr>
              <w:t>Programa de doctorado</w:t>
            </w:r>
          </w:p>
        </w:tc>
        <w:tc>
          <w:tcPr>
            <w:tcW w:w="1417" w:type="dxa"/>
            <w:hideMark/>
          </w:tcPr>
          <w:p w14:paraId="329D8E86" w14:textId="77777777" w:rsidR="005B27D0" w:rsidRPr="001E7B0E" w:rsidRDefault="005B27D0" w:rsidP="00741072">
            <w:pPr>
              <w:shd w:val="clear" w:color="auto" w:fill="FFFFFF" w:themeFill="background1"/>
              <w:jc w:val="both"/>
              <w:rPr>
                <w:rFonts w:eastAsia="Times New Roman" w:cs="Times New Roman"/>
                <w:b/>
                <w:bCs/>
                <w:sz w:val="20"/>
                <w:szCs w:val="20"/>
                <w:lang w:val="es-EC" w:eastAsia="es-EC"/>
              </w:rPr>
            </w:pPr>
            <w:r w:rsidRPr="001E7B0E">
              <w:rPr>
                <w:rFonts w:eastAsia="Times New Roman" w:cs="Times New Roman"/>
                <w:b/>
                <w:bCs/>
                <w:sz w:val="20"/>
                <w:szCs w:val="20"/>
                <w:lang w:val="es-EC" w:eastAsia="es-EC"/>
              </w:rPr>
              <w:t>Universidad / País</w:t>
            </w:r>
          </w:p>
        </w:tc>
        <w:tc>
          <w:tcPr>
            <w:tcW w:w="1387" w:type="dxa"/>
            <w:hideMark/>
          </w:tcPr>
          <w:p w14:paraId="61716665" w14:textId="77777777" w:rsidR="005B27D0" w:rsidRPr="001E7B0E" w:rsidRDefault="005B27D0" w:rsidP="00741072">
            <w:pPr>
              <w:shd w:val="clear" w:color="auto" w:fill="FFFFFF" w:themeFill="background1"/>
              <w:jc w:val="both"/>
              <w:rPr>
                <w:rFonts w:eastAsia="Times New Roman" w:cs="Times New Roman"/>
                <w:b/>
                <w:bCs/>
                <w:sz w:val="20"/>
                <w:szCs w:val="20"/>
                <w:lang w:val="es-EC" w:eastAsia="es-EC"/>
              </w:rPr>
            </w:pPr>
            <w:r w:rsidRPr="001E7B0E">
              <w:rPr>
                <w:rFonts w:eastAsia="Times New Roman" w:cs="Times New Roman"/>
                <w:b/>
                <w:bCs/>
                <w:sz w:val="20"/>
                <w:szCs w:val="20"/>
                <w:lang w:val="es-EC" w:eastAsia="es-EC"/>
              </w:rPr>
              <w:t>Línea de investigación</w:t>
            </w:r>
          </w:p>
        </w:tc>
        <w:tc>
          <w:tcPr>
            <w:tcW w:w="1087" w:type="dxa"/>
            <w:hideMark/>
          </w:tcPr>
          <w:p w14:paraId="567227FA" w14:textId="77777777" w:rsidR="005B27D0" w:rsidRPr="001E7B0E" w:rsidRDefault="005B27D0" w:rsidP="00741072">
            <w:pPr>
              <w:shd w:val="clear" w:color="auto" w:fill="FFFFFF" w:themeFill="background1"/>
              <w:jc w:val="both"/>
              <w:rPr>
                <w:rFonts w:eastAsia="Times New Roman" w:cs="Times New Roman"/>
                <w:b/>
                <w:bCs/>
                <w:sz w:val="20"/>
                <w:szCs w:val="20"/>
                <w:lang w:val="es-EC" w:eastAsia="es-EC"/>
              </w:rPr>
            </w:pPr>
            <w:r w:rsidRPr="001E7B0E">
              <w:rPr>
                <w:rFonts w:eastAsia="Times New Roman" w:cs="Times New Roman"/>
                <w:b/>
                <w:bCs/>
                <w:sz w:val="20"/>
                <w:szCs w:val="20"/>
                <w:lang w:val="es-EC" w:eastAsia="es-EC"/>
              </w:rPr>
              <w:t>Etapa actual</w:t>
            </w:r>
          </w:p>
        </w:tc>
        <w:tc>
          <w:tcPr>
            <w:tcW w:w="791" w:type="dxa"/>
            <w:hideMark/>
          </w:tcPr>
          <w:p w14:paraId="74748240" w14:textId="78540374" w:rsidR="005B27D0" w:rsidRPr="001E7B0E" w:rsidRDefault="005B27D0" w:rsidP="00741072">
            <w:pPr>
              <w:shd w:val="clear" w:color="auto" w:fill="FFFFFF" w:themeFill="background1"/>
              <w:jc w:val="both"/>
              <w:rPr>
                <w:rFonts w:eastAsia="Times New Roman" w:cs="Times New Roman"/>
                <w:b/>
                <w:bCs/>
                <w:sz w:val="20"/>
                <w:szCs w:val="20"/>
                <w:lang w:val="es-EC" w:eastAsia="es-EC"/>
              </w:rPr>
            </w:pPr>
            <w:r w:rsidRPr="001E7B0E">
              <w:rPr>
                <w:rFonts w:eastAsia="Times New Roman" w:cs="Times New Roman"/>
                <w:b/>
                <w:bCs/>
                <w:sz w:val="20"/>
                <w:szCs w:val="20"/>
                <w:lang w:val="es-EC" w:eastAsia="es-EC"/>
              </w:rPr>
              <w:t>Fecha Inicio</w:t>
            </w:r>
          </w:p>
        </w:tc>
        <w:tc>
          <w:tcPr>
            <w:tcW w:w="846" w:type="dxa"/>
            <w:hideMark/>
          </w:tcPr>
          <w:p w14:paraId="34B5C8B0" w14:textId="03B0E782" w:rsidR="005B27D0" w:rsidRPr="001E7B0E" w:rsidRDefault="005B27D0" w:rsidP="00741072">
            <w:pPr>
              <w:shd w:val="clear" w:color="auto" w:fill="FFFFFF" w:themeFill="background1"/>
              <w:jc w:val="both"/>
              <w:rPr>
                <w:rFonts w:eastAsia="Times New Roman" w:cs="Times New Roman"/>
                <w:b/>
                <w:bCs/>
                <w:sz w:val="20"/>
                <w:szCs w:val="20"/>
                <w:lang w:val="es-EC" w:eastAsia="es-EC"/>
              </w:rPr>
            </w:pPr>
            <w:r w:rsidRPr="001E7B0E">
              <w:rPr>
                <w:rFonts w:eastAsia="Times New Roman" w:cs="Times New Roman"/>
                <w:b/>
                <w:bCs/>
                <w:sz w:val="20"/>
                <w:szCs w:val="20"/>
                <w:lang w:val="es-EC" w:eastAsia="es-EC"/>
              </w:rPr>
              <w:t xml:space="preserve">Fecha fin </w:t>
            </w:r>
          </w:p>
        </w:tc>
      </w:tr>
      <w:tr w:rsidR="00CB3B3E" w:rsidRPr="001E7B0E" w14:paraId="6A48BD68" w14:textId="77777777" w:rsidTr="00CB3B3E">
        <w:tc>
          <w:tcPr>
            <w:tcW w:w="1419" w:type="dxa"/>
          </w:tcPr>
          <w:p w14:paraId="19B9F739" w14:textId="77777777" w:rsidR="005B27D0" w:rsidRPr="001E7B0E" w:rsidRDefault="005B27D0" w:rsidP="00741072">
            <w:pPr>
              <w:shd w:val="clear" w:color="auto" w:fill="FFFFFF" w:themeFill="background1"/>
              <w:jc w:val="both"/>
              <w:rPr>
                <w:rFonts w:eastAsia="Times New Roman" w:cs="Times New Roman"/>
                <w:b/>
                <w:bCs/>
                <w:sz w:val="20"/>
                <w:szCs w:val="20"/>
                <w:lang w:val="es-EC" w:eastAsia="es-EC"/>
              </w:rPr>
            </w:pPr>
          </w:p>
        </w:tc>
        <w:tc>
          <w:tcPr>
            <w:tcW w:w="1275" w:type="dxa"/>
          </w:tcPr>
          <w:p w14:paraId="1F66207D" w14:textId="77777777" w:rsidR="005B27D0" w:rsidRPr="001E7B0E" w:rsidRDefault="005B27D0" w:rsidP="00741072">
            <w:pPr>
              <w:shd w:val="clear" w:color="auto" w:fill="FFFFFF" w:themeFill="background1"/>
              <w:jc w:val="both"/>
              <w:rPr>
                <w:rFonts w:eastAsia="Times New Roman" w:cs="Times New Roman"/>
                <w:b/>
                <w:bCs/>
                <w:sz w:val="20"/>
                <w:szCs w:val="20"/>
                <w:lang w:val="es-EC" w:eastAsia="es-EC"/>
              </w:rPr>
            </w:pPr>
          </w:p>
        </w:tc>
        <w:tc>
          <w:tcPr>
            <w:tcW w:w="1418" w:type="dxa"/>
          </w:tcPr>
          <w:p w14:paraId="0E4E1044" w14:textId="00CEFA54" w:rsidR="005B27D0" w:rsidRPr="001E7B0E" w:rsidRDefault="005B27D0" w:rsidP="00741072">
            <w:pPr>
              <w:shd w:val="clear" w:color="auto" w:fill="FFFFFF" w:themeFill="background1"/>
              <w:jc w:val="both"/>
              <w:rPr>
                <w:rFonts w:eastAsia="Times New Roman" w:cs="Times New Roman"/>
                <w:b/>
                <w:bCs/>
                <w:sz w:val="20"/>
                <w:szCs w:val="20"/>
                <w:lang w:val="es-EC" w:eastAsia="es-EC"/>
              </w:rPr>
            </w:pPr>
          </w:p>
        </w:tc>
        <w:tc>
          <w:tcPr>
            <w:tcW w:w="1417" w:type="dxa"/>
          </w:tcPr>
          <w:p w14:paraId="63D2A9E9" w14:textId="77777777" w:rsidR="005B27D0" w:rsidRPr="001E7B0E" w:rsidRDefault="005B27D0" w:rsidP="00741072">
            <w:pPr>
              <w:shd w:val="clear" w:color="auto" w:fill="FFFFFF" w:themeFill="background1"/>
              <w:jc w:val="both"/>
              <w:rPr>
                <w:rFonts w:eastAsia="Times New Roman" w:cs="Times New Roman"/>
                <w:b/>
                <w:bCs/>
                <w:sz w:val="20"/>
                <w:szCs w:val="20"/>
                <w:lang w:val="es-EC" w:eastAsia="es-EC"/>
              </w:rPr>
            </w:pPr>
          </w:p>
        </w:tc>
        <w:tc>
          <w:tcPr>
            <w:tcW w:w="1387" w:type="dxa"/>
          </w:tcPr>
          <w:p w14:paraId="23CD4C1A" w14:textId="77777777" w:rsidR="005B27D0" w:rsidRPr="001E7B0E" w:rsidRDefault="005B27D0" w:rsidP="00741072">
            <w:pPr>
              <w:shd w:val="clear" w:color="auto" w:fill="FFFFFF" w:themeFill="background1"/>
              <w:jc w:val="both"/>
              <w:rPr>
                <w:rFonts w:eastAsia="Times New Roman" w:cs="Times New Roman"/>
                <w:b/>
                <w:bCs/>
                <w:sz w:val="20"/>
                <w:szCs w:val="20"/>
                <w:lang w:val="es-EC" w:eastAsia="es-EC"/>
              </w:rPr>
            </w:pPr>
          </w:p>
        </w:tc>
        <w:tc>
          <w:tcPr>
            <w:tcW w:w="1087" w:type="dxa"/>
          </w:tcPr>
          <w:p w14:paraId="15ED4FF9" w14:textId="47307519" w:rsidR="005B27D0" w:rsidRPr="001E7B0E" w:rsidRDefault="005B27D0" w:rsidP="00741072">
            <w:pPr>
              <w:shd w:val="clear" w:color="auto" w:fill="FFFFFF" w:themeFill="background1"/>
              <w:jc w:val="both"/>
              <w:rPr>
                <w:rFonts w:eastAsia="Times New Roman" w:cs="Times New Roman"/>
                <w:b/>
                <w:bCs/>
                <w:sz w:val="20"/>
                <w:szCs w:val="20"/>
                <w:lang w:val="es-EC" w:eastAsia="es-EC"/>
              </w:rPr>
            </w:pPr>
            <w:r w:rsidRPr="001E7B0E">
              <w:rPr>
                <w:rFonts w:eastAsia="Times New Roman" w:cs="Times New Roman"/>
                <w:sz w:val="20"/>
                <w:szCs w:val="20"/>
                <w:lang w:val="es-EC" w:eastAsia="es-EC"/>
              </w:rPr>
              <w:t>En curso</w:t>
            </w:r>
            <w:r w:rsidR="00CB3B3E">
              <w:rPr>
                <w:rFonts w:eastAsia="Times New Roman" w:cs="Times New Roman"/>
                <w:sz w:val="20"/>
                <w:szCs w:val="20"/>
                <w:lang w:val="es-EC" w:eastAsia="es-EC"/>
              </w:rPr>
              <w:t xml:space="preserve"> o finalizado</w:t>
            </w:r>
          </w:p>
        </w:tc>
        <w:tc>
          <w:tcPr>
            <w:tcW w:w="791" w:type="dxa"/>
          </w:tcPr>
          <w:p w14:paraId="4C21C4B8" w14:textId="77777777" w:rsidR="005B27D0" w:rsidRPr="001E7B0E" w:rsidRDefault="005B27D0" w:rsidP="00741072">
            <w:pPr>
              <w:shd w:val="clear" w:color="auto" w:fill="FFFFFF" w:themeFill="background1"/>
              <w:jc w:val="both"/>
              <w:rPr>
                <w:rFonts w:eastAsia="Times New Roman" w:cs="Times New Roman"/>
                <w:b/>
                <w:bCs/>
                <w:sz w:val="20"/>
                <w:szCs w:val="20"/>
                <w:lang w:val="es-EC" w:eastAsia="es-EC"/>
              </w:rPr>
            </w:pPr>
          </w:p>
        </w:tc>
        <w:tc>
          <w:tcPr>
            <w:tcW w:w="846" w:type="dxa"/>
          </w:tcPr>
          <w:p w14:paraId="4684A8B3" w14:textId="77777777" w:rsidR="005B27D0" w:rsidRPr="001E7B0E" w:rsidRDefault="005B27D0" w:rsidP="00741072">
            <w:pPr>
              <w:shd w:val="clear" w:color="auto" w:fill="FFFFFF" w:themeFill="background1"/>
              <w:jc w:val="both"/>
              <w:rPr>
                <w:rFonts w:eastAsia="Times New Roman" w:cs="Times New Roman"/>
                <w:b/>
                <w:bCs/>
                <w:sz w:val="20"/>
                <w:szCs w:val="20"/>
                <w:lang w:val="es-EC" w:eastAsia="es-EC"/>
              </w:rPr>
            </w:pPr>
          </w:p>
        </w:tc>
      </w:tr>
      <w:tr w:rsidR="00CB3B3E" w:rsidRPr="001E7B0E" w14:paraId="77E15D1C" w14:textId="77777777" w:rsidTr="00CB3B3E">
        <w:tc>
          <w:tcPr>
            <w:tcW w:w="1419" w:type="dxa"/>
          </w:tcPr>
          <w:p w14:paraId="3AEC28FF" w14:textId="77777777" w:rsidR="005B27D0" w:rsidRPr="001E7B0E" w:rsidRDefault="005B27D0" w:rsidP="00741072">
            <w:pPr>
              <w:shd w:val="clear" w:color="auto" w:fill="FFFFFF" w:themeFill="background1"/>
              <w:jc w:val="both"/>
              <w:rPr>
                <w:rFonts w:eastAsia="Times New Roman" w:cs="Times New Roman"/>
                <w:b/>
                <w:bCs/>
                <w:sz w:val="20"/>
                <w:szCs w:val="20"/>
                <w:lang w:val="es-EC" w:eastAsia="es-EC"/>
              </w:rPr>
            </w:pPr>
          </w:p>
        </w:tc>
        <w:tc>
          <w:tcPr>
            <w:tcW w:w="1275" w:type="dxa"/>
          </w:tcPr>
          <w:p w14:paraId="10ADEA3F" w14:textId="77777777" w:rsidR="005B27D0" w:rsidRPr="001E7B0E" w:rsidRDefault="005B27D0" w:rsidP="00741072">
            <w:pPr>
              <w:shd w:val="clear" w:color="auto" w:fill="FFFFFF" w:themeFill="background1"/>
              <w:jc w:val="both"/>
              <w:rPr>
                <w:rFonts w:eastAsia="Times New Roman" w:cs="Times New Roman"/>
                <w:b/>
                <w:bCs/>
                <w:sz w:val="20"/>
                <w:szCs w:val="20"/>
                <w:lang w:val="es-EC" w:eastAsia="es-EC"/>
              </w:rPr>
            </w:pPr>
          </w:p>
        </w:tc>
        <w:tc>
          <w:tcPr>
            <w:tcW w:w="1418" w:type="dxa"/>
          </w:tcPr>
          <w:p w14:paraId="10ED8359" w14:textId="2BF92930" w:rsidR="005B27D0" w:rsidRPr="001E7B0E" w:rsidRDefault="005B27D0" w:rsidP="00741072">
            <w:pPr>
              <w:shd w:val="clear" w:color="auto" w:fill="FFFFFF" w:themeFill="background1"/>
              <w:jc w:val="both"/>
              <w:rPr>
                <w:rFonts w:eastAsia="Times New Roman" w:cs="Times New Roman"/>
                <w:b/>
                <w:bCs/>
                <w:sz w:val="20"/>
                <w:szCs w:val="20"/>
                <w:lang w:val="es-EC" w:eastAsia="es-EC"/>
              </w:rPr>
            </w:pPr>
          </w:p>
        </w:tc>
        <w:tc>
          <w:tcPr>
            <w:tcW w:w="1417" w:type="dxa"/>
          </w:tcPr>
          <w:p w14:paraId="02D4B677" w14:textId="77777777" w:rsidR="005B27D0" w:rsidRPr="001E7B0E" w:rsidRDefault="005B27D0" w:rsidP="00741072">
            <w:pPr>
              <w:shd w:val="clear" w:color="auto" w:fill="FFFFFF" w:themeFill="background1"/>
              <w:jc w:val="both"/>
              <w:rPr>
                <w:rFonts w:eastAsia="Times New Roman" w:cs="Times New Roman"/>
                <w:b/>
                <w:bCs/>
                <w:sz w:val="20"/>
                <w:szCs w:val="20"/>
                <w:lang w:val="es-EC" w:eastAsia="es-EC"/>
              </w:rPr>
            </w:pPr>
          </w:p>
        </w:tc>
        <w:tc>
          <w:tcPr>
            <w:tcW w:w="1387" w:type="dxa"/>
          </w:tcPr>
          <w:p w14:paraId="3568B17F" w14:textId="77777777" w:rsidR="005B27D0" w:rsidRPr="001E7B0E" w:rsidRDefault="005B27D0" w:rsidP="00741072">
            <w:pPr>
              <w:shd w:val="clear" w:color="auto" w:fill="FFFFFF" w:themeFill="background1"/>
              <w:jc w:val="both"/>
              <w:rPr>
                <w:rFonts w:eastAsia="Times New Roman" w:cs="Times New Roman"/>
                <w:b/>
                <w:bCs/>
                <w:sz w:val="20"/>
                <w:szCs w:val="20"/>
                <w:lang w:val="es-EC" w:eastAsia="es-EC"/>
              </w:rPr>
            </w:pPr>
          </w:p>
        </w:tc>
        <w:tc>
          <w:tcPr>
            <w:tcW w:w="1087" w:type="dxa"/>
          </w:tcPr>
          <w:p w14:paraId="0C6E2CCF" w14:textId="6A59C12D" w:rsidR="005B27D0" w:rsidRPr="001E7B0E" w:rsidRDefault="005B27D0" w:rsidP="00741072">
            <w:pPr>
              <w:shd w:val="clear" w:color="auto" w:fill="FFFFFF" w:themeFill="background1"/>
              <w:jc w:val="both"/>
              <w:rPr>
                <w:rFonts w:eastAsia="Times New Roman" w:cs="Times New Roman"/>
                <w:b/>
                <w:bCs/>
                <w:sz w:val="20"/>
                <w:szCs w:val="20"/>
                <w:lang w:val="es-EC" w:eastAsia="es-EC"/>
              </w:rPr>
            </w:pPr>
          </w:p>
        </w:tc>
        <w:tc>
          <w:tcPr>
            <w:tcW w:w="791" w:type="dxa"/>
          </w:tcPr>
          <w:p w14:paraId="79B9B93E" w14:textId="77777777" w:rsidR="005B27D0" w:rsidRPr="001E7B0E" w:rsidRDefault="005B27D0" w:rsidP="00741072">
            <w:pPr>
              <w:shd w:val="clear" w:color="auto" w:fill="FFFFFF" w:themeFill="background1"/>
              <w:jc w:val="both"/>
              <w:rPr>
                <w:rFonts w:eastAsia="Times New Roman" w:cs="Times New Roman"/>
                <w:b/>
                <w:bCs/>
                <w:sz w:val="20"/>
                <w:szCs w:val="20"/>
                <w:lang w:val="es-EC" w:eastAsia="es-EC"/>
              </w:rPr>
            </w:pPr>
          </w:p>
        </w:tc>
        <w:tc>
          <w:tcPr>
            <w:tcW w:w="846" w:type="dxa"/>
          </w:tcPr>
          <w:p w14:paraId="65047AA1" w14:textId="77777777" w:rsidR="005B27D0" w:rsidRPr="001E7B0E" w:rsidRDefault="005B27D0" w:rsidP="00741072">
            <w:pPr>
              <w:shd w:val="clear" w:color="auto" w:fill="FFFFFF" w:themeFill="background1"/>
              <w:jc w:val="both"/>
              <w:rPr>
                <w:rFonts w:eastAsia="Times New Roman" w:cs="Times New Roman"/>
                <w:b/>
                <w:bCs/>
                <w:sz w:val="20"/>
                <w:szCs w:val="20"/>
                <w:lang w:val="es-EC" w:eastAsia="es-EC"/>
              </w:rPr>
            </w:pPr>
          </w:p>
        </w:tc>
      </w:tr>
      <w:tr w:rsidR="00CB3B3E" w:rsidRPr="001E7B0E" w14:paraId="5F2716A5" w14:textId="77777777" w:rsidTr="00CB3B3E">
        <w:tc>
          <w:tcPr>
            <w:tcW w:w="1419" w:type="dxa"/>
          </w:tcPr>
          <w:p w14:paraId="5197D1D3" w14:textId="77777777" w:rsidR="005B27D0" w:rsidRPr="001E7B0E" w:rsidRDefault="005B27D0" w:rsidP="00741072">
            <w:pPr>
              <w:shd w:val="clear" w:color="auto" w:fill="FFFFFF" w:themeFill="background1"/>
              <w:jc w:val="both"/>
              <w:rPr>
                <w:rFonts w:eastAsia="Times New Roman" w:cs="Times New Roman"/>
                <w:b/>
                <w:bCs/>
                <w:sz w:val="20"/>
                <w:szCs w:val="20"/>
                <w:lang w:val="es-EC" w:eastAsia="es-EC"/>
              </w:rPr>
            </w:pPr>
          </w:p>
        </w:tc>
        <w:tc>
          <w:tcPr>
            <w:tcW w:w="1275" w:type="dxa"/>
          </w:tcPr>
          <w:p w14:paraId="539F536C" w14:textId="77777777" w:rsidR="005B27D0" w:rsidRPr="001E7B0E" w:rsidRDefault="005B27D0" w:rsidP="00741072">
            <w:pPr>
              <w:shd w:val="clear" w:color="auto" w:fill="FFFFFF" w:themeFill="background1"/>
              <w:jc w:val="both"/>
              <w:rPr>
                <w:rFonts w:eastAsia="Times New Roman" w:cs="Times New Roman"/>
                <w:b/>
                <w:bCs/>
                <w:sz w:val="20"/>
                <w:szCs w:val="20"/>
                <w:lang w:val="es-EC" w:eastAsia="es-EC"/>
              </w:rPr>
            </w:pPr>
          </w:p>
        </w:tc>
        <w:tc>
          <w:tcPr>
            <w:tcW w:w="1418" w:type="dxa"/>
          </w:tcPr>
          <w:p w14:paraId="485967F7" w14:textId="7B003FDF" w:rsidR="005B27D0" w:rsidRPr="001E7B0E" w:rsidRDefault="005B27D0" w:rsidP="00741072">
            <w:pPr>
              <w:shd w:val="clear" w:color="auto" w:fill="FFFFFF" w:themeFill="background1"/>
              <w:jc w:val="both"/>
              <w:rPr>
                <w:rFonts w:eastAsia="Times New Roman" w:cs="Times New Roman"/>
                <w:b/>
                <w:bCs/>
                <w:sz w:val="20"/>
                <w:szCs w:val="20"/>
                <w:lang w:val="es-EC" w:eastAsia="es-EC"/>
              </w:rPr>
            </w:pPr>
          </w:p>
        </w:tc>
        <w:tc>
          <w:tcPr>
            <w:tcW w:w="1417" w:type="dxa"/>
          </w:tcPr>
          <w:p w14:paraId="28F6402E" w14:textId="77777777" w:rsidR="005B27D0" w:rsidRPr="001E7B0E" w:rsidRDefault="005B27D0" w:rsidP="00741072">
            <w:pPr>
              <w:shd w:val="clear" w:color="auto" w:fill="FFFFFF" w:themeFill="background1"/>
              <w:jc w:val="both"/>
              <w:rPr>
                <w:rFonts w:eastAsia="Times New Roman" w:cs="Times New Roman"/>
                <w:b/>
                <w:bCs/>
                <w:sz w:val="20"/>
                <w:szCs w:val="20"/>
                <w:lang w:val="es-EC" w:eastAsia="es-EC"/>
              </w:rPr>
            </w:pPr>
          </w:p>
        </w:tc>
        <w:tc>
          <w:tcPr>
            <w:tcW w:w="1387" w:type="dxa"/>
          </w:tcPr>
          <w:p w14:paraId="0A08E933" w14:textId="77777777" w:rsidR="005B27D0" w:rsidRPr="001E7B0E" w:rsidRDefault="005B27D0" w:rsidP="00741072">
            <w:pPr>
              <w:shd w:val="clear" w:color="auto" w:fill="FFFFFF" w:themeFill="background1"/>
              <w:jc w:val="both"/>
              <w:rPr>
                <w:rFonts w:eastAsia="Times New Roman" w:cs="Times New Roman"/>
                <w:b/>
                <w:bCs/>
                <w:sz w:val="20"/>
                <w:szCs w:val="20"/>
                <w:lang w:val="es-EC" w:eastAsia="es-EC"/>
              </w:rPr>
            </w:pPr>
          </w:p>
        </w:tc>
        <w:tc>
          <w:tcPr>
            <w:tcW w:w="1087" w:type="dxa"/>
          </w:tcPr>
          <w:p w14:paraId="12E6FDC1" w14:textId="77777777" w:rsidR="005B27D0" w:rsidRPr="001E7B0E" w:rsidRDefault="005B27D0" w:rsidP="00741072">
            <w:pPr>
              <w:shd w:val="clear" w:color="auto" w:fill="FFFFFF" w:themeFill="background1"/>
              <w:jc w:val="both"/>
              <w:rPr>
                <w:rFonts w:eastAsia="Times New Roman" w:cs="Times New Roman"/>
                <w:sz w:val="20"/>
                <w:szCs w:val="20"/>
                <w:lang w:val="es-EC" w:eastAsia="es-EC"/>
              </w:rPr>
            </w:pPr>
          </w:p>
        </w:tc>
        <w:tc>
          <w:tcPr>
            <w:tcW w:w="791" w:type="dxa"/>
          </w:tcPr>
          <w:p w14:paraId="42A19FBE" w14:textId="77777777" w:rsidR="005B27D0" w:rsidRPr="001E7B0E" w:rsidRDefault="005B27D0" w:rsidP="00741072">
            <w:pPr>
              <w:shd w:val="clear" w:color="auto" w:fill="FFFFFF" w:themeFill="background1"/>
              <w:jc w:val="both"/>
              <w:rPr>
                <w:rFonts w:eastAsia="Times New Roman" w:cs="Times New Roman"/>
                <w:b/>
                <w:bCs/>
                <w:sz w:val="20"/>
                <w:szCs w:val="20"/>
                <w:lang w:val="es-EC" w:eastAsia="es-EC"/>
              </w:rPr>
            </w:pPr>
          </w:p>
        </w:tc>
        <w:tc>
          <w:tcPr>
            <w:tcW w:w="846" w:type="dxa"/>
          </w:tcPr>
          <w:p w14:paraId="4D7A1291" w14:textId="77777777" w:rsidR="005B27D0" w:rsidRPr="001E7B0E" w:rsidRDefault="005B27D0" w:rsidP="00741072">
            <w:pPr>
              <w:shd w:val="clear" w:color="auto" w:fill="FFFFFF" w:themeFill="background1"/>
              <w:jc w:val="both"/>
              <w:rPr>
                <w:rFonts w:eastAsia="Times New Roman" w:cs="Times New Roman"/>
                <w:b/>
                <w:bCs/>
                <w:sz w:val="20"/>
                <w:szCs w:val="20"/>
                <w:lang w:val="es-EC" w:eastAsia="es-EC"/>
              </w:rPr>
            </w:pPr>
          </w:p>
        </w:tc>
      </w:tr>
      <w:tr w:rsidR="00CB3B3E" w:rsidRPr="001E7B0E" w14:paraId="7410A611" w14:textId="77777777" w:rsidTr="00CB3B3E">
        <w:tc>
          <w:tcPr>
            <w:tcW w:w="1419" w:type="dxa"/>
            <w:hideMark/>
          </w:tcPr>
          <w:p w14:paraId="179BFF7D" w14:textId="76804BF7" w:rsidR="005B27D0" w:rsidRPr="001E7B0E" w:rsidRDefault="005B27D0" w:rsidP="00741072">
            <w:pPr>
              <w:shd w:val="clear" w:color="auto" w:fill="FFFFFF" w:themeFill="background1"/>
              <w:jc w:val="both"/>
              <w:rPr>
                <w:rFonts w:eastAsia="Times New Roman" w:cs="Times New Roman"/>
                <w:sz w:val="20"/>
                <w:szCs w:val="20"/>
                <w:lang w:val="es-EC" w:eastAsia="es-EC"/>
              </w:rPr>
            </w:pPr>
          </w:p>
        </w:tc>
        <w:tc>
          <w:tcPr>
            <w:tcW w:w="1275" w:type="dxa"/>
          </w:tcPr>
          <w:p w14:paraId="78D2A043" w14:textId="77777777" w:rsidR="005B27D0" w:rsidRPr="001E7B0E" w:rsidRDefault="005B27D0" w:rsidP="00741072">
            <w:pPr>
              <w:shd w:val="clear" w:color="auto" w:fill="FFFFFF" w:themeFill="background1"/>
              <w:jc w:val="both"/>
              <w:rPr>
                <w:rFonts w:eastAsia="Times New Roman" w:cs="Times New Roman"/>
                <w:sz w:val="20"/>
                <w:szCs w:val="20"/>
                <w:lang w:val="es-EC" w:eastAsia="es-EC"/>
              </w:rPr>
            </w:pPr>
          </w:p>
        </w:tc>
        <w:tc>
          <w:tcPr>
            <w:tcW w:w="1418" w:type="dxa"/>
            <w:hideMark/>
          </w:tcPr>
          <w:p w14:paraId="56A51EEC" w14:textId="22502CC7" w:rsidR="005B27D0" w:rsidRPr="001E7B0E" w:rsidRDefault="005B27D0" w:rsidP="00741072">
            <w:pPr>
              <w:shd w:val="clear" w:color="auto" w:fill="FFFFFF" w:themeFill="background1"/>
              <w:jc w:val="both"/>
              <w:rPr>
                <w:rFonts w:eastAsia="Times New Roman" w:cs="Times New Roman"/>
                <w:sz w:val="20"/>
                <w:szCs w:val="20"/>
                <w:lang w:val="es-EC" w:eastAsia="es-EC"/>
              </w:rPr>
            </w:pPr>
          </w:p>
        </w:tc>
        <w:tc>
          <w:tcPr>
            <w:tcW w:w="1417" w:type="dxa"/>
            <w:hideMark/>
          </w:tcPr>
          <w:p w14:paraId="17A02CA3" w14:textId="17646DC0" w:rsidR="005B27D0" w:rsidRPr="001E7B0E" w:rsidRDefault="005B27D0" w:rsidP="00741072">
            <w:pPr>
              <w:shd w:val="clear" w:color="auto" w:fill="FFFFFF" w:themeFill="background1"/>
              <w:jc w:val="both"/>
              <w:rPr>
                <w:rFonts w:eastAsia="Times New Roman" w:cs="Times New Roman"/>
                <w:sz w:val="20"/>
                <w:szCs w:val="20"/>
                <w:lang w:val="es-EC" w:eastAsia="es-EC"/>
              </w:rPr>
            </w:pPr>
          </w:p>
        </w:tc>
        <w:tc>
          <w:tcPr>
            <w:tcW w:w="1387" w:type="dxa"/>
            <w:hideMark/>
          </w:tcPr>
          <w:p w14:paraId="76DD2814" w14:textId="7A151F73" w:rsidR="005B27D0" w:rsidRPr="001E7B0E" w:rsidRDefault="005B27D0" w:rsidP="00741072">
            <w:pPr>
              <w:shd w:val="clear" w:color="auto" w:fill="FFFFFF" w:themeFill="background1"/>
              <w:jc w:val="both"/>
              <w:rPr>
                <w:rFonts w:eastAsia="Times New Roman" w:cs="Times New Roman"/>
                <w:sz w:val="20"/>
                <w:szCs w:val="20"/>
                <w:lang w:val="es-EC" w:eastAsia="es-EC"/>
              </w:rPr>
            </w:pPr>
          </w:p>
        </w:tc>
        <w:tc>
          <w:tcPr>
            <w:tcW w:w="1087" w:type="dxa"/>
            <w:hideMark/>
          </w:tcPr>
          <w:p w14:paraId="1D577051" w14:textId="288AEB59" w:rsidR="005B27D0" w:rsidRPr="001E7B0E" w:rsidRDefault="005B27D0" w:rsidP="00741072">
            <w:pPr>
              <w:shd w:val="clear" w:color="auto" w:fill="FFFFFF" w:themeFill="background1"/>
              <w:jc w:val="both"/>
              <w:rPr>
                <w:rFonts w:eastAsia="Times New Roman" w:cs="Times New Roman"/>
                <w:sz w:val="20"/>
                <w:szCs w:val="20"/>
                <w:lang w:val="es-EC" w:eastAsia="es-EC"/>
              </w:rPr>
            </w:pPr>
          </w:p>
        </w:tc>
        <w:tc>
          <w:tcPr>
            <w:tcW w:w="791" w:type="dxa"/>
            <w:hideMark/>
          </w:tcPr>
          <w:p w14:paraId="3E7CA061" w14:textId="6B03565D" w:rsidR="005B27D0" w:rsidRPr="001E7B0E" w:rsidRDefault="005B27D0" w:rsidP="00741072">
            <w:pPr>
              <w:shd w:val="clear" w:color="auto" w:fill="FFFFFF" w:themeFill="background1"/>
              <w:jc w:val="both"/>
              <w:rPr>
                <w:rFonts w:eastAsia="Times New Roman" w:cs="Times New Roman"/>
                <w:sz w:val="20"/>
                <w:szCs w:val="20"/>
                <w:lang w:val="es-EC" w:eastAsia="es-EC"/>
              </w:rPr>
            </w:pPr>
          </w:p>
        </w:tc>
        <w:tc>
          <w:tcPr>
            <w:tcW w:w="846" w:type="dxa"/>
            <w:hideMark/>
          </w:tcPr>
          <w:p w14:paraId="4E21719E" w14:textId="5B1FB8D9" w:rsidR="005B27D0" w:rsidRPr="001E7B0E" w:rsidRDefault="005B27D0" w:rsidP="00741072">
            <w:pPr>
              <w:shd w:val="clear" w:color="auto" w:fill="FFFFFF" w:themeFill="background1"/>
              <w:jc w:val="both"/>
              <w:rPr>
                <w:rFonts w:eastAsia="Times New Roman" w:cs="Times New Roman"/>
                <w:sz w:val="20"/>
                <w:szCs w:val="20"/>
                <w:lang w:val="es-EC" w:eastAsia="es-EC"/>
              </w:rPr>
            </w:pPr>
          </w:p>
        </w:tc>
      </w:tr>
    </w:tbl>
    <w:p w14:paraId="4C45968C" w14:textId="1054D483" w:rsidR="00BC61D8" w:rsidRDefault="00BC61D8" w:rsidP="00741072">
      <w:pPr>
        <w:shd w:val="clear" w:color="auto" w:fill="FFFFFF" w:themeFill="background1"/>
        <w:jc w:val="both"/>
        <w:rPr>
          <w:lang w:val="es-EC"/>
        </w:rPr>
      </w:pPr>
    </w:p>
    <w:p w14:paraId="4F0B4A94" w14:textId="5B0F70BC" w:rsidR="002F214F" w:rsidRPr="00741072" w:rsidRDefault="00000000" w:rsidP="00741072">
      <w:pPr>
        <w:pStyle w:val="Prrafodelista"/>
        <w:numPr>
          <w:ilvl w:val="0"/>
          <w:numId w:val="14"/>
        </w:numPr>
        <w:shd w:val="clear" w:color="auto" w:fill="FFFFFF" w:themeFill="background1"/>
        <w:jc w:val="both"/>
        <w:rPr>
          <w:b/>
          <w:bCs/>
          <w:lang w:val="es-EC"/>
        </w:rPr>
      </w:pPr>
      <w:r w:rsidRPr="00741072">
        <w:rPr>
          <w:b/>
          <w:bCs/>
          <w:lang w:val="es-EC"/>
        </w:rPr>
        <w:t>Docentes en programas posdoctorales</w:t>
      </w:r>
      <w:r w:rsidR="00B90149" w:rsidRPr="00741072">
        <w:rPr>
          <w:b/>
          <w:bCs/>
          <w:lang w:val="es-EC"/>
        </w:rPr>
        <w:t>.</w:t>
      </w:r>
    </w:p>
    <w:p w14:paraId="7F38E362" w14:textId="72F3B04B" w:rsidR="002F214F" w:rsidRPr="00741072" w:rsidRDefault="00000000" w:rsidP="00741072">
      <w:pPr>
        <w:shd w:val="clear" w:color="auto" w:fill="FFFFFF" w:themeFill="background1"/>
        <w:jc w:val="both"/>
        <w:rPr>
          <w:lang w:val="es-EC"/>
        </w:rPr>
      </w:pPr>
      <w:r w:rsidRPr="00AD4B11">
        <w:rPr>
          <w:highlight w:val="yellow"/>
          <w:lang w:val="es-EC"/>
        </w:rPr>
        <w:t xml:space="preserve">(Ejemplo de </w:t>
      </w:r>
      <w:r w:rsidR="005B27D0" w:rsidRPr="00AD4B11">
        <w:rPr>
          <w:highlight w:val="yellow"/>
          <w:lang w:val="es-EC"/>
        </w:rPr>
        <w:t>matriz. Eliminar esta nota antes de imprimir</w:t>
      </w:r>
      <w:r w:rsidRPr="00AD4B11">
        <w:rPr>
          <w:highlight w:val="yellow"/>
          <w:lang w:val="es-EC"/>
        </w:rPr>
        <w:t>)</w:t>
      </w:r>
    </w:p>
    <w:tbl>
      <w:tblPr>
        <w:tblStyle w:val="Tablaconcuadrcula"/>
        <w:tblW w:w="9776" w:type="dxa"/>
        <w:jc w:val="center"/>
        <w:tblLook w:val="04A0" w:firstRow="1" w:lastRow="0" w:firstColumn="1" w:lastColumn="0" w:noHBand="0" w:noVBand="1"/>
      </w:tblPr>
      <w:tblGrid>
        <w:gridCol w:w="1127"/>
        <w:gridCol w:w="1512"/>
        <w:gridCol w:w="1357"/>
        <w:gridCol w:w="1470"/>
        <w:gridCol w:w="1550"/>
        <w:gridCol w:w="1230"/>
        <w:gridCol w:w="777"/>
        <w:gridCol w:w="753"/>
      </w:tblGrid>
      <w:tr w:rsidR="005B27D0" w:rsidRPr="001E7B0E" w14:paraId="3AA84B2F" w14:textId="77777777" w:rsidTr="005B27D0">
        <w:trPr>
          <w:jc w:val="center"/>
        </w:trPr>
        <w:tc>
          <w:tcPr>
            <w:tcW w:w="0" w:type="auto"/>
            <w:hideMark/>
          </w:tcPr>
          <w:p w14:paraId="3C4F92A6" w14:textId="110BAACF" w:rsidR="005B27D0" w:rsidRPr="001E7B0E" w:rsidRDefault="005B27D0" w:rsidP="00741072">
            <w:pPr>
              <w:shd w:val="clear" w:color="auto" w:fill="FFFFFF" w:themeFill="background1"/>
              <w:jc w:val="both"/>
              <w:rPr>
                <w:rFonts w:eastAsia="Times New Roman" w:cs="Times New Roman"/>
                <w:b/>
                <w:bCs/>
                <w:sz w:val="20"/>
                <w:szCs w:val="20"/>
                <w:lang w:val="es-EC" w:eastAsia="es-EC"/>
              </w:rPr>
            </w:pPr>
            <w:r w:rsidRPr="001E7B0E">
              <w:rPr>
                <w:rFonts w:eastAsia="Times New Roman" w:cs="Times New Roman"/>
                <w:b/>
                <w:bCs/>
                <w:sz w:val="20"/>
                <w:szCs w:val="20"/>
                <w:lang w:val="es-EC" w:eastAsia="es-EC"/>
              </w:rPr>
              <w:t>Apellidos y nombres</w:t>
            </w:r>
          </w:p>
        </w:tc>
        <w:tc>
          <w:tcPr>
            <w:tcW w:w="0" w:type="auto"/>
          </w:tcPr>
          <w:p w14:paraId="1F466BAC" w14:textId="090A0C9E" w:rsidR="005B27D0" w:rsidRPr="001E7B0E" w:rsidRDefault="005B27D0" w:rsidP="00741072">
            <w:pPr>
              <w:shd w:val="clear" w:color="auto" w:fill="FFFFFF" w:themeFill="background1"/>
              <w:jc w:val="both"/>
              <w:rPr>
                <w:rFonts w:eastAsia="Times New Roman" w:cs="Times New Roman"/>
                <w:b/>
                <w:bCs/>
                <w:sz w:val="20"/>
                <w:szCs w:val="20"/>
                <w:lang w:val="es-EC" w:eastAsia="es-EC"/>
              </w:rPr>
            </w:pPr>
            <w:r w:rsidRPr="001E7B0E">
              <w:rPr>
                <w:rFonts w:eastAsia="Times New Roman" w:cs="Times New Roman"/>
                <w:b/>
                <w:bCs/>
                <w:sz w:val="20"/>
                <w:szCs w:val="20"/>
                <w:lang w:val="es-EC" w:eastAsia="es-EC"/>
              </w:rPr>
              <w:t>Nro. de identificación</w:t>
            </w:r>
          </w:p>
        </w:tc>
        <w:tc>
          <w:tcPr>
            <w:tcW w:w="0" w:type="auto"/>
            <w:hideMark/>
          </w:tcPr>
          <w:p w14:paraId="53B9C9C3" w14:textId="2EB6361B" w:rsidR="005B27D0" w:rsidRPr="001E7B0E" w:rsidRDefault="005B27D0" w:rsidP="00741072">
            <w:pPr>
              <w:shd w:val="clear" w:color="auto" w:fill="FFFFFF" w:themeFill="background1"/>
              <w:jc w:val="both"/>
              <w:rPr>
                <w:rFonts w:eastAsia="Times New Roman" w:cs="Times New Roman"/>
                <w:b/>
                <w:bCs/>
                <w:sz w:val="20"/>
                <w:szCs w:val="20"/>
                <w:lang w:val="es-EC" w:eastAsia="es-EC"/>
              </w:rPr>
            </w:pPr>
            <w:r w:rsidRPr="001E7B0E">
              <w:rPr>
                <w:rFonts w:eastAsia="Times New Roman" w:cs="Times New Roman"/>
                <w:b/>
                <w:bCs/>
                <w:sz w:val="20"/>
                <w:szCs w:val="20"/>
                <w:lang w:val="es-EC" w:eastAsia="es-EC"/>
              </w:rPr>
              <w:t>Programa posdoctoral</w:t>
            </w:r>
          </w:p>
        </w:tc>
        <w:tc>
          <w:tcPr>
            <w:tcW w:w="1470" w:type="dxa"/>
            <w:hideMark/>
          </w:tcPr>
          <w:p w14:paraId="197E276B" w14:textId="77777777" w:rsidR="005B27D0" w:rsidRPr="001E7B0E" w:rsidRDefault="005B27D0" w:rsidP="00741072">
            <w:pPr>
              <w:shd w:val="clear" w:color="auto" w:fill="FFFFFF" w:themeFill="background1"/>
              <w:jc w:val="both"/>
              <w:rPr>
                <w:rFonts w:eastAsia="Times New Roman" w:cs="Times New Roman"/>
                <w:b/>
                <w:bCs/>
                <w:sz w:val="20"/>
                <w:szCs w:val="20"/>
                <w:lang w:val="es-EC" w:eastAsia="es-EC"/>
              </w:rPr>
            </w:pPr>
            <w:r w:rsidRPr="001E7B0E">
              <w:rPr>
                <w:rFonts w:eastAsia="Times New Roman" w:cs="Times New Roman"/>
                <w:b/>
                <w:bCs/>
                <w:sz w:val="20"/>
                <w:szCs w:val="20"/>
                <w:lang w:val="es-EC" w:eastAsia="es-EC"/>
              </w:rPr>
              <w:t>Universidad / País</w:t>
            </w:r>
          </w:p>
        </w:tc>
        <w:tc>
          <w:tcPr>
            <w:tcW w:w="1550" w:type="dxa"/>
            <w:hideMark/>
          </w:tcPr>
          <w:p w14:paraId="17BAE4BA" w14:textId="77777777" w:rsidR="005B27D0" w:rsidRPr="001E7B0E" w:rsidRDefault="005B27D0" w:rsidP="00741072">
            <w:pPr>
              <w:shd w:val="clear" w:color="auto" w:fill="FFFFFF" w:themeFill="background1"/>
              <w:jc w:val="both"/>
              <w:rPr>
                <w:rFonts w:eastAsia="Times New Roman" w:cs="Times New Roman"/>
                <w:b/>
                <w:bCs/>
                <w:sz w:val="20"/>
                <w:szCs w:val="20"/>
                <w:lang w:val="es-EC" w:eastAsia="es-EC"/>
              </w:rPr>
            </w:pPr>
            <w:r w:rsidRPr="001E7B0E">
              <w:rPr>
                <w:rFonts w:eastAsia="Times New Roman" w:cs="Times New Roman"/>
                <w:b/>
                <w:bCs/>
                <w:sz w:val="20"/>
                <w:szCs w:val="20"/>
                <w:lang w:val="es-EC" w:eastAsia="es-EC"/>
              </w:rPr>
              <w:t>Línea de investigación</w:t>
            </w:r>
          </w:p>
        </w:tc>
        <w:tc>
          <w:tcPr>
            <w:tcW w:w="1230" w:type="dxa"/>
            <w:hideMark/>
          </w:tcPr>
          <w:p w14:paraId="77E57787" w14:textId="77777777" w:rsidR="005B27D0" w:rsidRPr="001E7B0E" w:rsidRDefault="005B27D0" w:rsidP="00741072">
            <w:pPr>
              <w:shd w:val="clear" w:color="auto" w:fill="FFFFFF" w:themeFill="background1"/>
              <w:jc w:val="both"/>
              <w:rPr>
                <w:rFonts w:eastAsia="Times New Roman" w:cs="Times New Roman"/>
                <w:b/>
                <w:bCs/>
                <w:sz w:val="20"/>
                <w:szCs w:val="20"/>
                <w:lang w:val="es-EC" w:eastAsia="es-EC"/>
              </w:rPr>
            </w:pPr>
            <w:r w:rsidRPr="001E7B0E">
              <w:rPr>
                <w:rFonts w:eastAsia="Times New Roman" w:cs="Times New Roman"/>
                <w:b/>
                <w:bCs/>
                <w:sz w:val="20"/>
                <w:szCs w:val="20"/>
                <w:lang w:val="es-EC" w:eastAsia="es-EC"/>
              </w:rPr>
              <w:t>Etapa actual</w:t>
            </w:r>
          </w:p>
        </w:tc>
        <w:tc>
          <w:tcPr>
            <w:tcW w:w="0" w:type="auto"/>
            <w:hideMark/>
          </w:tcPr>
          <w:p w14:paraId="39276C95" w14:textId="0C905DED" w:rsidR="005B27D0" w:rsidRPr="001E7B0E" w:rsidRDefault="005B27D0" w:rsidP="00741072">
            <w:pPr>
              <w:shd w:val="clear" w:color="auto" w:fill="FFFFFF" w:themeFill="background1"/>
              <w:jc w:val="both"/>
              <w:rPr>
                <w:rFonts w:eastAsia="Times New Roman" w:cs="Times New Roman"/>
                <w:b/>
                <w:bCs/>
                <w:sz w:val="20"/>
                <w:szCs w:val="20"/>
                <w:lang w:val="es-EC" w:eastAsia="es-EC"/>
              </w:rPr>
            </w:pPr>
            <w:r w:rsidRPr="001E7B0E">
              <w:rPr>
                <w:rFonts w:eastAsia="Times New Roman" w:cs="Times New Roman"/>
                <w:b/>
                <w:bCs/>
                <w:sz w:val="20"/>
                <w:szCs w:val="20"/>
                <w:lang w:val="es-EC" w:eastAsia="es-EC"/>
              </w:rPr>
              <w:t>Fecha Inicio</w:t>
            </w:r>
          </w:p>
        </w:tc>
        <w:tc>
          <w:tcPr>
            <w:tcW w:w="527" w:type="dxa"/>
            <w:hideMark/>
          </w:tcPr>
          <w:p w14:paraId="387D5164" w14:textId="34AE1B34" w:rsidR="005B27D0" w:rsidRPr="001E7B0E" w:rsidRDefault="005B27D0" w:rsidP="00741072">
            <w:pPr>
              <w:shd w:val="clear" w:color="auto" w:fill="FFFFFF" w:themeFill="background1"/>
              <w:jc w:val="both"/>
              <w:rPr>
                <w:rFonts w:eastAsia="Times New Roman" w:cs="Times New Roman"/>
                <w:b/>
                <w:bCs/>
                <w:sz w:val="20"/>
                <w:szCs w:val="20"/>
                <w:lang w:val="es-EC" w:eastAsia="es-EC"/>
              </w:rPr>
            </w:pPr>
            <w:r w:rsidRPr="001E7B0E">
              <w:rPr>
                <w:rFonts w:eastAsia="Times New Roman" w:cs="Times New Roman"/>
                <w:b/>
                <w:bCs/>
                <w:sz w:val="20"/>
                <w:szCs w:val="20"/>
                <w:lang w:val="es-EC" w:eastAsia="es-EC"/>
              </w:rPr>
              <w:t xml:space="preserve">Fecha fin </w:t>
            </w:r>
          </w:p>
        </w:tc>
      </w:tr>
      <w:tr w:rsidR="005B27D0" w:rsidRPr="001E7B0E" w14:paraId="4FA5FC26" w14:textId="77777777" w:rsidTr="005B27D0">
        <w:trPr>
          <w:jc w:val="center"/>
        </w:trPr>
        <w:tc>
          <w:tcPr>
            <w:tcW w:w="0" w:type="auto"/>
          </w:tcPr>
          <w:p w14:paraId="5F07821E" w14:textId="77777777" w:rsidR="005B27D0" w:rsidRPr="001E7B0E" w:rsidRDefault="005B27D0" w:rsidP="00741072">
            <w:pPr>
              <w:shd w:val="clear" w:color="auto" w:fill="FFFFFF" w:themeFill="background1"/>
              <w:jc w:val="both"/>
              <w:rPr>
                <w:rFonts w:eastAsia="Times New Roman" w:cs="Times New Roman"/>
                <w:b/>
                <w:bCs/>
                <w:sz w:val="20"/>
                <w:szCs w:val="20"/>
                <w:lang w:val="es-EC" w:eastAsia="es-EC"/>
              </w:rPr>
            </w:pPr>
          </w:p>
        </w:tc>
        <w:tc>
          <w:tcPr>
            <w:tcW w:w="0" w:type="auto"/>
          </w:tcPr>
          <w:p w14:paraId="12391B33" w14:textId="77777777" w:rsidR="005B27D0" w:rsidRPr="001E7B0E" w:rsidRDefault="005B27D0" w:rsidP="00741072">
            <w:pPr>
              <w:shd w:val="clear" w:color="auto" w:fill="FFFFFF" w:themeFill="background1"/>
              <w:jc w:val="both"/>
              <w:rPr>
                <w:rFonts w:eastAsia="Times New Roman" w:cs="Times New Roman"/>
                <w:b/>
                <w:bCs/>
                <w:sz w:val="20"/>
                <w:szCs w:val="20"/>
                <w:lang w:val="es-EC" w:eastAsia="es-EC"/>
              </w:rPr>
            </w:pPr>
          </w:p>
        </w:tc>
        <w:tc>
          <w:tcPr>
            <w:tcW w:w="0" w:type="auto"/>
          </w:tcPr>
          <w:p w14:paraId="3E179A3B" w14:textId="6B9D725C" w:rsidR="005B27D0" w:rsidRPr="001E7B0E" w:rsidRDefault="005B27D0" w:rsidP="00741072">
            <w:pPr>
              <w:shd w:val="clear" w:color="auto" w:fill="FFFFFF" w:themeFill="background1"/>
              <w:jc w:val="both"/>
              <w:rPr>
                <w:rFonts w:eastAsia="Times New Roman" w:cs="Times New Roman"/>
                <w:b/>
                <w:bCs/>
                <w:sz w:val="20"/>
                <w:szCs w:val="20"/>
                <w:lang w:val="es-EC" w:eastAsia="es-EC"/>
              </w:rPr>
            </w:pPr>
          </w:p>
        </w:tc>
        <w:tc>
          <w:tcPr>
            <w:tcW w:w="1470" w:type="dxa"/>
          </w:tcPr>
          <w:p w14:paraId="2A84A167" w14:textId="77777777" w:rsidR="005B27D0" w:rsidRPr="001E7B0E" w:rsidRDefault="005B27D0" w:rsidP="00741072">
            <w:pPr>
              <w:shd w:val="clear" w:color="auto" w:fill="FFFFFF" w:themeFill="background1"/>
              <w:jc w:val="both"/>
              <w:rPr>
                <w:rFonts w:eastAsia="Times New Roman" w:cs="Times New Roman"/>
                <w:b/>
                <w:bCs/>
                <w:sz w:val="20"/>
                <w:szCs w:val="20"/>
                <w:lang w:val="es-EC" w:eastAsia="es-EC"/>
              </w:rPr>
            </w:pPr>
          </w:p>
        </w:tc>
        <w:tc>
          <w:tcPr>
            <w:tcW w:w="1550" w:type="dxa"/>
          </w:tcPr>
          <w:p w14:paraId="3D30A956" w14:textId="77777777" w:rsidR="005B27D0" w:rsidRPr="001E7B0E" w:rsidRDefault="005B27D0" w:rsidP="00741072">
            <w:pPr>
              <w:shd w:val="clear" w:color="auto" w:fill="FFFFFF" w:themeFill="background1"/>
              <w:jc w:val="both"/>
              <w:rPr>
                <w:rFonts w:eastAsia="Times New Roman" w:cs="Times New Roman"/>
                <w:b/>
                <w:bCs/>
                <w:sz w:val="20"/>
                <w:szCs w:val="20"/>
                <w:lang w:val="es-EC" w:eastAsia="es-EC"/>
              </w:rPr>
            </w:pPr>
          </w:p>
        </w:tc>
        <w:tc>
          <w:tcPr>
            <w:tcW w:w="1230" w:type="dxa"/>
          </w:tcPr>
          <w:p w14:paraId="0EDD1592" w14:textId="671C98CA" w:rsidR="005B27D0" w:rsidRPr="001E7B0E" w:rsidRDefault="005B27D0" w:rsidP="00741072">
            <w:pPr>
              <w:shd w:val="clear" w:color="auto" w:fill="FFFFFF" w:themeFill="background1"/>
              <w:jc w:val="both"/>
              <w:rPr>
                <w:rFonts w:eastAsia="Times New Roman" w:cs="Times New Roman"/>
                <w:sz w:val="20"/>
                <w:szCs w:val="20"/>
                <w:lang w:val="es-EC" w:eastAsia="es-EC"/>
              </w:rPr>
            </w:pPr>
            <w:r w:rsidRPr="001E7B0E">
              <w:rPr>
                <w:rFonts w:eastAsia="Times New Roman" w:cs="Times New Roman"/>
                <w:sz w:val="20"/>
                <w:szCs w:val="20"/>
                <w:lang w:val="es-EC" w:eastAsia="es-EC"/>
              </w:rPr>
              <w:t>En curso</w:t>
            </w:r>
            <w:r w:rsidR="00CB3B3E">
              <w:rPr>
                <w:rFonts w:eastAsia="Times New Roman" w:cs="Times New Roman"/>
                <w:sz w:val="20"/>
                <w:szCs w:val="20"/>
                <w:lang w:val="es-EC" w:eastAsia="es-EC"/>
              </w:rPr>
              <w:t xml:space="preserve"> o finalizado</w:t>
            </w:r>
          </w:p>
        </w:tc>
        <w:tc>
          <w:tcPr>
            <w:tcW w:w="0" w:type="auto"/>
          </w:tcPr>
          <w:p w14:paraId="529146E6" w14:textId="77777777" w:rsidR="005B27D0" w:rsidRPr="001E7B0E" w:rsidRDefault="005B27D0" w:rsidP="00741072">
            <w:pPr>
              <w:shd w:val="clear" w:color="auto" w:fill="FFFFFF" w:themeFill="background1"/>
              <w:jc w:val="both"/>
              <w:rPr>
                <w:rFonts w:eastAsia="Times New Roman" w:cs="Times New Roman"/>
                <w:b/>
                <w:bCs/>
                <w:sz w:val="20"/>
                <w:szCs w:val="20"/>
                <w:lang w:val="es-EC" w:eastAsia="es-EC"/>
              </w:rPr>
            </w:pPr>
          </w:p>
        </w:tc>
        <w:tc>
          <w:tcPr>
            <w:tcW w:w="527" w:type="dxa"/>
          </w:tcPr>
          <w:p w14:paraId="2A59BC9F" w14:textId="77777777" w:rsidR="005B27D0" w:rsidRPr="001E7B0E" w:rsidRDefault="005B27D0" w:rsidP="00741072">
            <w:pPr>
              <w:shd w:val="clear" w:color="auto" w:fill="FFFFFF" w:themeFill="background1"/>
              <w:jc w:val="both"/>
              <w:rPr>
                <w:rFonts w:eastAsia="Times New Roman" w:cs="Times New Roman"/>
                <w:b/>
                <w:bCs/>
                <w:sz w:val="20"/>
                <w:szCs w:val="20"/>
                <w:lang w:val="es-EC" w:eastAsia="es-EC"/>
              </w:rPr>
            </w:pPr>
          </w:p>
        </w:tc>
      </w:tr>
      <w:tr w:rsidR="005B27D0" w:rsidRPr="001E7B0E" w14:paraId="68FA915D" w14:textId="77777777" w:rsidTr="005B27D0">
        <w:trPr>
          <w:jc w:val="center"/>
        </w:trPr>
        <w:tc>
          <w:tcPr>
            <w:tcW w:w="0" w:type="auto"/>
          </w:tcPr>
          <w:p w14:paraId="3C33839B" w14:textId="77777777" w:rsidR="005B27D0" w:rsidRPr="001E7B0E" w:rsidRDefault="005B27D0" w:rsidP="00741072">
            <w:pPr>
              <w:shd w:val="clear" w:color="auto" w:fill="FFFFFF" w:themeFill="background1"/>
              <w:jc w:val="both"/>
              <w:rPr>
                <w:rFonts w:eastAsia="Times New Roman" w:cs="Times New Roman"/>
                <w:b/>
                <w:bCs/>
                <w:sz w:val="20"/>
                <w:szCs w:val="20"/>
                <w:lang w:val="es-EC" w:eastAsia="es-EC"/>
              </w:rPr>
            </w:pPr>
          </w:p>
        </w:tc>
        <w:tc>
          <w:tcPr>
            <w:tcW w:w="0" w:type="auto"/>
          </w:tcPr>
          <w:p w14:paraId="16933D04" w14:textId="77777777" w:rsidR="005B27D0" w:rsidRPr="001E7B0E" w:rsidRDefault="005B27D0" w:rsidP="00741072">
            <w:pPr>
              <w:shd w:val="clear" w:color="auto" w:fill="FFFFFF" w:themeFill="background1"/>
              <w:jc w:val="both"/>
              <w:rPr>
                <w:rFonts w:eastAsia="Times New Roman" w:cs="Times New Roman"/>
                <w:b/>
                <w:bCs/>
                <w:sz w:val="20"/>
                <w:szCs w:val="20"/>
                <w:lang w:val="es-EC" w:eastAsia="es-EC"/>
              </w:rPr>
            </w:pPr>
          </w:p>
        </w:tc>
        <w:tc>
          <w:tcPr>
            <w:tcW w:w="0" w:type="auto"/>
          </w:tcPr>
          <w:p w14:paraId="1F4CA48E" w14:textId="33D53D08" w:rsidR="005B27D0" w:rsidRPr="001E7B0E" w:rsidRDefault="005B27D0" w:rsidP="00741072">
            <w:pPr>
              <w:shd w:val="clear" w:color="auto" w:fill="FFFFFF" w:themeFill="background1"/>
              <w:jc w:val="both"/>
              <w:rPr>
                <w:rFonts w:eastAsia="Times New Roman" w:cs="Times New Roman"/>
                <w:b/>
                <w:bCs/>
                <w:sz w:val="20"/>
                <w:szCs w:val="20"/>
                <w:lang w:val="es-EC" w:eastAsia="es-EC"/>
              </w:rPr>
            </w:pPr>
          </w:p>
        </w:tc>
        <w:tc>
          <w:tcPr>
            <w:tcW w:w="1470" w:type="dxa"/>
          </w:tcPr>
          <w:p w14:paraId="5A51ADDB" w14:textId="77777777" w:rsidR="005B27D0" w:rsidRPr="001E7B0E" w:rsidRDefault="005B27D0" w:rsidP="00741072">
            <w:pPr>
              <w:shd w:val="clear" w:color="auto" w:fill="FFFFFF" w:themeFill="background1"/>
              <w:jc w:val="both"/>
              <w:rPr>
                <w:rFonts w:eastAsia="Times New Roman" w:cs="Times New Roman"/>
                <w:b/>
                <w:bCs/>
                <w:sz w:val="20"/>
                <w:szCs w:val="20"/>
                <w:lang w:val="es-EC" w:eastAsia="es-EC"/>
              </w:rPr>
            </w:pPr>
          </w:p>
        </w:tc>
        <w:tc>
          <w:tcPr>
            <w:tcW w:w="1550" w:type="dxa"/>
          </w:tcPr>
          <w:p w14:paraId="0A879556" w14:textId="77777777" w:rsidR="005B27D0" w:rsidRPr="001E7B0E" w:rsidRDefault="005B27D0" w:rsidP="00741072">
            <w:pPr>
              <w:shd w:val="clear" w:color="auto" w:fill="FFFFFF" w:themeFill="background1"/>
              <w:jc w:val="both"/>
              <w:rPr>
                <w:rFonts w:eastAsia="Times New Roman" w:cs="Times New Roman"/>
                <w:b/>
                <w:bCs/>
                <w:sz w:val="20"/>
                <w:szCs w:val="20"/>
                <w:lang w:val="es-EC" w:eastAsia="es-EC"/>
              </w:rPr>
            </w:pPr>
          </w:p>
        </w:tc>
        <w:tc>
          <w:tcPr>
            <w:tcW w:w="1230" w:type="dxa"/>
          </w:tcPr>
          <w:p w14:paraId="0E78B181" w14:textId="1B023321" w:rsidR="005B27D0" w:rsidRPr="001E7B0E" w:rsidRDefault="005B27D0" w:rsidP="00741072">
            <w:pPr>
              <w:shd w:val="clear" w:color="auto" w:fill="FFFFFF" w:themeFill="background1"/>
              <w:jc w:val="both"/>
              <w:rPr>
                <w:rFonts w:eastAsia="Times New Roman" w:cs="Times New Roman"/>
                <w:sz w:val="20"/>
                <w:szCs w:val="20"/>
                <w:lang w:val="es-EC" w:eastAsia="es-EC"/>
              </w:rPr>
            </w:pPr>
          </w:p>
        </w:tc>
        <w:tc>
          <w:tcPr>
            <w:tcW w:w="0" w:type="auto"/>
          </w:tcPr>
          <w:p w14:paraId="473E4A40" w14:textId="77777777" w:rsidR="005B27D0" w:rsidRPr="001E7B0E" w:rsidRDefault="005B27D0" w:rsidP="00741072">
            <w:pPr>
              <w:shd w:val="clear" w:color="auto" w:fill="FFFFFF" w:themeFill="background1"/>
              <w:jc w:val="both"/>
              <w:rPr>
                <w:rFonts w:eastAsia="Times New Roman" w:cs="Times New Roman"/>
                <w:b/>
                <w:bCs/>
                <w:sz w:val="20"/>
                <w:szCs w:val="20"/>
                <w:lang w:val="es-EC" w:eastAsia="es-EC"/>
              </w:rPr>
            </w:pPr>
          </w:p>
        </w:tc>
        <w:tc>
          <w:tcPr>
            <w:tcW w:w="527" w:type="dxa"/>
          </w:tcPr>
          <w:p w14:paraId="3BB34F6B" w14:textId="77777777" w:rsidR="005B27D0" w:rsidRPr="001E7B0E" w:rsidRDefault="005B27D0" w:rsidP="00741072">
            <w:pPr>
              <w:shd w:val="clear" w:color="auto" w:fill="FFFFFF" w:themeFill="background1"/>
              <w:jc w:val="both"/>
              <w:rPr>
                <w:rFonts w:eastAsia="Times New Roman" w:cs="Times New Roman"/>
                <w:b/>
                <w:bCs/>
                <w:sz w:val="20"/>
                <w:szCs w:val="20"/>
                <w:lang w:val="es-EC" w:eastAsia="es-EC"/>
              </w:rPr>
            </w:pPr>
          </w:p>
        </w:tc>
      </w:tr>
      <w:tr w:rsidR="005B27D0" w:rsidRPr="001E7B0E" w14:paraId="6786F208" w14:textId="77777777" w:rsidTr="005B27D0">
        <w:trPr>
          <w:jc w:val="center"/>
        </w:trPr>
        <w:tc>
          <w:tcPr>
            <w:tcW w:w="0" w:type="auto"/>
          </w:tcPr>
          <w:p w14:paraId="6C52F4E7" w14:textId="77777777" w:rsidR="005B27D0" w:rsidRPr="001E7B0E" w:rsidRDefault="005B27D0" w:rsidP="00741072">
            <w:pPr>
              <w:shd w:val="clear" w:color="auto" w:fill="FFFFFF" w:themeFill="background1"/>
              <w:jc w:val="both"/>
              <w:rPr>
                <w:rFonts w:eastAsia="Times New Roman" w:cs="Times New Roman"/>
                <w:b/>
                <w:bCs/>
                <w:sz w:val="20"/>
                <w:szCs w:val="20"/>
                <w:lang w:val="es-EC" w:eastAsia="es-EC"/>
              </w:rPr>
            </w:pPr>
          </w:p>
        </w:tc>
        <w:tc>
          <w:tcPr>
            <w:tcW w:w="0" w:type="auto"/>
          </w:tcPr>
          <w:p w14:paraId="5B46E23B" w14:textId="77777777" w:rsidR="005B27D0" w:rsidRPr="001E7B0E" w:rsidRDefault="005B27D0" w:rsidP="00741072">
            <w:pPr>
              <w:shd w:val="clear" w:color="auto" w:fill="FFFFFF" w:themeFill="background1"/>
              <w:jc w:val="both"/>
              <w:rPr>
                <w:rFonts w:eastAsia="Times New Roman" w:cs="Times New Roman"/>
                <w:b/>
                <w:bCs/>
                <w:sz w:val="20"/>
                <w:szCs w:val="20"/>
                <w:lang w:val="es-EC" w:eastAsia="es-EC"/>
              </w:rPr>
            </w:pPr>
          </w:p>
        </w:tc>
        <w:tc>
          <w:tcPr>
            <w:tcW w:w="0" w:type="auto"/>
          </w:tcPr>
          <w:p w14:paraId="458A4305" w14:textId="29988584" w:rsidR="005B27D0" w:rsidRPr="001E7B0E" w:rsidRDefault="005B27D0" w:rsidP="00741072">
            <w:pPr>
              <w:shd w:val="clear" w:color="auto" w:fill="FFFFFF" w:themeFill="background1"/>
              <w:jc w:val="both"/>
              <w:rPr>
                <w:rFonts w:eastAsia="Times New Roman" w:cs="Times New Roman"/>
                <w:b/>
                <w:bCs/>
                <w:sz w:val="20"/>
                <w:szCs w:val="20"/>
                <w:lang w:val="es-EC" w:eastAsia="es-EC"/>
              </w:rPr>
            </w:pPr>
          </w:p>
        </w:tc>
        <w:tc>
          <w:tcPr>
            <w:tcW w:w="1470" w:type="dxa"/>
          </w:tcPr>
          <w:p w14:paraId="6439EF74" w14:textId="77777777" w:rsidR="005B27D0" w:rsidRPr="001E7B0E" w:rsidRDefault="005B27D0" w:rsidP="00741072">
            <w:pPr>
              <w:shd w:val="clear" w:color="auto" w:fill="FFFFFF" w:themeFill="background1"/>
              <w:jc w:val="both"/>
              <w:rPr>
                <w:rFonts w:eastAsia="Times New Roman" w:cs="Times New Roman"/>
                <w:b/>
                <w:bCs/>
                <w:sz w:val="20"/>
                <w:szCs w:val="20"/>
                <w:lang w:val="es-EC" w:eastAsia="es-EC"/>
              </w:rPr>
            </w:pPr>
          </w:p>
        </w:tc>
        <w:tc>
          <w:tcPr>
            <w:tcW w:w="1550" w:type="dxa"/>
          </w:tcPr>
          <w:p w14:paraId="1DA430C6" w14:textId="77777777" w:rsidR="005B27D0" w:rsidRPr="001E7B0E" w:rsidRDefault="005B27D0" w:rsidP="00741072">
            <w:pPr>
              <w:shd w:val="clear" w:color="auto" w:fill="FFFFFF" w:themeFill="background1"/>
              <w:jc w:val="both"/>
              <w:rPr>
                <w:rFonts w:eastAsia="Times New Roman" w:cs="Times New Roman"/>
                <w:b/>
                <w:bCs/>
                <w:sz w:val="20"/>
                <w:szCs w:val="20"/>
                <w:lang w:val="es-EC" w:eastAsia="es-EC"/>
              </w:rPr>
            </w:pPr>
          </w:p>
        </w:tc>
        <w:tc>
          <w:tcPr>
            <w:tcW w:w="1230" w:type="dxa"/>
          </w:tcPr>
          <w:p w14:paraId="3EEFEA88" w14:textId="77777777" w:rsidR="005B27D0" w:rsidRPr="001E7B0E" w:rsidRDefault="005B27D0" w:rsidP="00741072">
            <w:pPr>
              <w:shd w:val="clear" w:color="auto" w:fill="FFFFFF" w:themeFill="background1"/>
              <w:jc w:val="both"/>
              <w:rPr>
                <w:rFonts w:eastAsia="Times New Roman" w:cs="Times New Roman"/>
                <w:sz w:val="20"/>
                <w:szCs w:val="20"/>
                <w:lang w:val="es-EC" w:eastAsia="es-EC"/>
              </w:rPr>
            </w:pPr>
          </w:p>
        </w:tc>
        <w:tc>
          <w:tcPr>
            <w:tcW w:w="0" w:type="auto"/>
          </w:tcPr>
          <w:p w14:paraId="15052BA4" w14:textId="77777777" w:rsidR="005B27D0" w:rsidRPr="001E7B0E" w:rsidRDefault="005B27D0" w:rsidP="00741072">
            <w:pPr>
              <w:shd w:val="clear" w:color="auto" w:fill="FFFFFF" w:themeFill="background1"/>
              <w:jc w:val="both"/>
              <w:rPr>
                <w:rFonts w:eastAsia="Times New Roman" w:cs="Times New Roman"/>
                <w:b/>
                <w:bCs/>
                <w:sz w:val="20"/>
                <w:szCs w:val="20"/>
                <w:lang w:val="es-EC" w:eastAsia="es-EC"/>
              </w:rPr>
            </w:pPr>
          </w:p>
        </w:tc>
        <w:tc>
          <w:tcPr>
            <w:tcW w:w="527" w:type="dxa"/>
          </w:tcPr>
          <w:p w14:paraId="0267E9F4" w14:textId="77777777" w:rsidR="005B27D0" w:rsidRPr="001E7B0E" w:rsidRDefault="005B27D0" w:rsidP="00741072">
            <w:pPr>
              <w:shd w:val="clear" w:color="auto" w:fill="FFFFFF" w:themeFill="background1"/>
              <w:jc w:val="both"/>
              <w:rPr>
                <w:rFonts w:eastAsia="Times New Roman" w:cs="Times New Roman"/>
                <w:b/>
                <w:bCs/>
                <w:sz w:val="20"/>
                <w:szCs w:val="20"/>
                <w:lang w:val="es-EC" w:eastAsia="es-EC"/>
              </w:rPr>
            </w:pPr>
          </w:p>
        </w:tc>
      </w:tr>
      <w:tr w:rsidR="005B27D0" w:rsidRPr="001E7B0E" w14:paraId="64AAD34D" w14:textId="77777777" w:rsidTr="005B27D0">
        <w:trPr>
          <w:jc w:val="center"/>
        </w:trPr>
        <w:tc>
          <w:tcPr>
            <w:tcW w:w="0" w:type="auto"/>
          </w:tcPr>
          <w:p w14:paraId="06588057" w14:textId="77777777" w:rsidR="005B27D0" w:rsidRPr="001E7B0E" w:rsidRDefault="005B27D0" w:rsidP="00741072">
            <w:pPr>
              <w:shd w:val="clear" w:color="auto" w:fill="FFFFFF" w:themeFill="background1"/>
              <w:jc w:val="both"/>
              <w:rPr>
                <w:rFonts w:eastAsia="Times New Roman" w:cs="Times New Roman"/>
                <w:b/>
                <w:bCs/>
                <w:sz w:val="20"/>
                <w:szCs w:val="20"/>
                <w:lang w:val="es-EC" w:eastAsia="es-EC"/>
              </w:rPr>
            </w:pPr>
          </w:p>
        </w:tc>
        <w:tc>
          <w:tcPr>
            <w:tcW w:w="0" w:type="auto"/>
          </w:tcPr>
          <w:p w14:paraId="4B74A36C" w14:textId="77777777" w:rsidR="005B27D0" w:rsidRPr="001E7B0E" w:rsidRDefault="005B27D0" w:rsidP="00741072">
            <w:pPr>
              <w:shd w:val="clear" w:color="auto" w:fill="FFFFFF" w:themeFill="background1"/>
              <w:jc w:val="both"/>
              <w:rPr>
                <w:rFonts w:eastAsia="Times New Roman" w:cs="Times New Roman"/>
                <w:b/>
                <w:bCs/>
                <w:sz w:val="20"/>
                <w:szCs w:val="20"/>
                <w:lang w:val="es-EC" w:eastAsia="es-EC"/>
              </w:rPr>
            </w:pPr>
          </w:p>
        </w:tc>
        <w:tc>
          <w:tcPr>
            <w:tcW w:w="0" w:type="auto"/>
          </w:tcPr>
          <w:p w14:paraId="0C4033DE" w14:textId="4961E400" w:rsidR="005B27D0" w:rsidRPr="001E7B0E" w:rsidRDefault="005B27D0" w:rsidP="00741072">
            <w:pPr>
              <w:shd w:val="clear" w:color="auto" w:fill="FFFFFF" w:themeFill="background1"/>
              <w:jc w:val="both"/>
              <w:rPr>
                <w:rFonts w:eastAsia="Times New Roman" w:cs="Times New Roman"/>
                <w:b/>
                <w:bCs/>
                <w:sz w:val="20"/>
                <w:szCs w:val="20"/>
                <w:lang w:val="es-EC" w:eastAsia="es-EC"/>
              </w:rPr>
            </w:pPr>
          </w:p>
        </w:tc>
        <w:tc>
          <w:tcPr>
            <w:tcW w:w="1470" w:type="dxa"/>
          </w:tcPr>
          <w:p w14:paraId="16129036" w14:textId="77777777" w:rsidR="005B27D0" w:rsidRPr="001E7B0E" w:rsidRDefault="005B27D0" w:rsidP="00741072">
            <w:pPr>
              <w:shd w:val="clear" w:color="auto" w:fill="FFFFFF" w:themeFill="background1"/>
              <w:jc w:val="both"/>
              <w:rPr>
                <w:rFonts w:eastAsia="Times New Roman" w:cs="Times New Roman"/>
                <w:b/>
                <w:bCs/>
                <w:sz w:val="20"/>
                <w:szCs w:val="20"/>
                <w:lang w:val="es-EC" w:eastAsia="es-EC"/>
              </w:rPr>
            </w:pPr>
          </w:p>
        </w:tc>
        <w:tc>
          <w:tcPr>
            <w:tcW w:w="1550" w:type="dxa"/>
          </w:tcPr>
          <w:p w14:paraId="613322CF" w14:textId="77777777" w:rsidR="005B27D0" w:rsidRPr="001E7B0E" w:rsidRDefault="005B27D0" w:rsidP="00741072">
            <w:pPr>
              <w:shd w:val="clear" w:color="auto" w:fill="FFFFFF" w:themeFill="background1"/>
              <w:jc w:val="both"/>
              <w:rPr>
                <w:rFonts w:eastAsia="Times New Roman" w:cs="Times New Roman"/>
                <w:b/>
                <w:bCs/>
                <w:sz w:val="20"/>
                <w:szCs w:val="20"/>
                <w:lang w:val="es-EC" w:eastAsia="es-EC"/>
              </w:rPr>
            </w:pPr>
          </w:p>
        </w:tc>
        <w:tc>
          <w:tcPr>
            <w:tcW w:w="1230" w:type="dxa"/>
          </w:tcPr>
          <w:p w14:paraId="01CB4C13" w14:textId="77777777" w:rsidR="005B27D0" w:rsidRPr="001E7B0E" w:rsidRDefault="005B27D0" w:rsidP="00741072">
            <w:pPr>
              <w:shd w:val="clear" w:color="auto" w:fill="FFFFFF" w:themeFill="background1"/>
              <w:jc w:val="both"/>
              <w:rPr>
                <w:rFonts w:eastAsia="Times New Roman" w:cs="Times New Roman"/>
                <w:sz w:val="20"/>
                <w:szCs w:val="20"/>
                <w:lang w:val="es-EC" w:eastAsia="es-EC"/>
              </w:rPr>
            </w:pPr>
          </w:p>
        </w:tc>
        <w:tc>
          <w:tcPr>
            <w:tcW w:w="0" w:type="auto"/>
          </w:tcPr>
          <w:p w14:paraId="6F322574" w14:textId="77777777" w:rsidR="005B27D0" w:rsidRPr="001E7B0E" w:rsidRDefault="005B27D0" w:rsidP="00741072">
            <w:pPr>
              <w:shd w:val="clear" w:color="auto" w:fill="FFFFFF" w:themeFill="background1"/>
              <w:jc w:val="both"/>
              <w:rPr>
                <w:rFonts w:eastAsia="Times New Roman" w:cs="Times New Roman"/>
                <w:b/>
                <w:bCs/>
                <w:sz w:val="20"/>
                <w:szCs w:val="20"/>
                <w:lang w:val="es-EC" w:eastAsia="es-EC"/>
              </w:rPr>
            </w:pPr>
          </w:p>
        </w:tc>
        <w:tc>
          <w:tcPr>
            <w:tcW w:w="527" w:type="dxa"/>
          </w:tcPr>
          <w:p w14:paraId="71D3C7F4" w14:textId="77777777" w:rsidR="005B27D0" w:rsidRPr="001E7B0E" w:rsidRDefault="005B27D0" w:rsidP="00741072">
            <w:pPr>
              <w:shd w:val="clear" w:color="auto" w:fill="FFFFFF" w:themeFill="background1"/>
              <w:jc w:val="both"/>
              <w:rPr>
                <w:rFonts w:eastAsia="Times New Roman" w:cs="Times New Roman"/>
                <w:b/>
                <w:bCs/>
                <w:sz w:val="20"/>
                <w:szCs w:val="20"/>
                <w:lang w:val="es-EC" w:eastAsia="es-EC"/>
              </w:rPr>
            </w:pPr>
          </w:p>
        </w:tc>
      </w:tr>
      <w:tr w:rsidR="005B27D0" w:rsidRPr="001E7B0E" w14:paraId="7696C0B9" w14:textId="77777777" w:rsidTr="005B27D0">
        <w:trPr>
          <w:jc w:val="center"/>
        </w:trPr>
        <w:tc>
          <w:tcPr>
            <w:tcW w:w="0" w:type="auto"/>
            <w:hideMark/>
          </w:tcPr>
          <w:p w14:paraId="65592C74" w14:textId="1C21DEF4" w:rsidR="005B27D0" w:rsidRPr="001E7B0E" w:rsidRDefault="005B27D0" w:rsidP="00741072">
            <w:pPr>
              <w:shd w:val="clear" w:color="auto" w:fill="FFFFFF" w:themeFill="background1"/>
              <w:jc w:val="both"/>
              <w:rPr>
                <w:rFonts w:eastAsia="Times New Roman" w:cs="Times New Roman"/>
                <w:sz w:val="20"/>
                <w:szCs w:val="20"/>
                <w:lang w:val="es-EC" w:eastAsia="es-EC"/>
              </w:rPr>
            </w:pPr>
          </w:p>
        </w:tc>
        <w:tc>
          <w:tcPr>
            <w:tcW w:w="0" w:type="auto"/>
          </w:tcPr>
          <w:p w14:paraId="3EF646E1" w14:textId="77777777" w:rsidR="005B27D0" w:rsidRPr="001E7B0E" w:rsidRDefault="005B27D0" w:rsidP="00741072">
            <w:pPr>
              <w:shd w:val="clear" w:color="auto" w:fill="FFFFFF" w:themeFill="background1"/>
              <w:jc w:val="both"/>
              <w:rPr>
                <w:rFonts w:eastAsia="Times New Roman" w:cs="Times New Roman"/>
                <w:sz w:val="20"/>
                <w:szCs w:val="20"/>
                <w:lang w:val="es-EC" w:eastAsia="es-EC"/>
              </w:rPr>
            </w:pPr>
          </w:p>
        </w:tc>
        <w:tc>
          <w:tcPr>
            <w:tcW w:w="0" w:type="auto"/>
            <w:hideMark/>
          </w:tcPr>
          <w:p w14:paraId="290B4AF0" w14:textId="54AE54C1" w:rsidR="005B27D0" w:rsidRPr="001E7B0E" w:rsidRDefault="005B27D0" w:rsidP="00741072">
            <w:pPr>
              <w:shd w:val="clear" w:color="auto" w:fill="FFFFFF" w:themeFill="background1"/>
              <w:jc w:val="both"/>
              <w:rPr>
                <w:rFonts w:eastAsia="Times New Roman" w:cs="Times New Roman"/>
                <w:sz w:val="20"/>
                <w:szCs w:val="20"/>
                <w:lang w:val="es-EC" w:eastAsia="es-EC"/>
              </w:rPr>
            </w:pPr>
          </w:p>
        </w:tc>
        <w:tc>
          <w:tcPr>
            <w:tcW w:w="1470" w:type="dxa"/>
            <w:hideMark/>
          </w:tcPr>
          <w:p w14:paraId="3146A923" w14:textId="310AC524" w:rsidR="005B27D0" w:rsidRPr="001E7B0E" w:rsidRDefault="005B27D0" w:rsidP="00741072">
            <w:pPr>
              <w:shd w:val="clear" w:color="auto" w:fill="FFFFFF" w:themeFill="background1"/>
              <w:jc w:val="both"/>
              <w:rPr>
                <w:rFonts w:eastAsia="Times New Roman" w:cs="Times New Roman"/>
                <w:sz w:val="20"/>
                <w:szCs w:val="20"/>
                <w:lang w:val="es-EC" w:eastAsia="es-EC"/>
              </w:rPr>
            </w:pPr>
          </w:p>
        </w:tc>
        <w:tc>
          <w:tcPr>
            <w:tcW w:w="1550" w:type="dxa"/>
            <w:hideMark/>
          </w:tcPr>
          <w:p w14:paraId="7ED37648" w14:textId="0D23CA0B" w:rsidR="005B27D0" w:rsidRPr="001E7B0E" w:rsidRDefault="005B27D0" w:rsidP="00741072">
            <w:pPr>
              <w:shd w:val="clear" w:color="auto" w:fill="FFFFFF" w:themeFill="background1"/>
              <w:jc w:val="both"/>
              <w:rPr>
                <w:rFonts w:eastAsia="Times New Roman" w:cs="Times New Roman"/>
                <w:sz w:val="20"/>
                <w:szCs w:val="20"/>
                <w:lang w:val="es-EC" w:eastAsia="es-EC"/>
              </w:rPr>
            </w:pPr>
          </w:p>
        </w:tc>
        <w:tc>
          <w:tcPr>
            <w:tcW w:w="1230" w:type="dxa"/>
            <w:hideMark/>
          </w:tcPr>
          <w:p w14:paraId="116DAECE" w14:textId="5420E5FC" w:rsidR="005B27D0" w:rsidRPr="001E7B0E" w:rsidRDefault="005B27D0" w:rsidP="00741072">
            <w:pPr>
              <w:shd w:val="clear" w:color="auto" w:fill="FFFFFF" w:themeFill="background1"/>
              <w:jc w:val="both"/>
              <w:rPr>
                <w:rFonts w:eastAsia="Times New Roman" w:cs="Times New Roman"/>
                <w:sz w:val="20"/>
                <w:szCs w:val="20"/>
                <w:lang w:val="es-EC" w:eastAsia="es-EC"/>
              </w:rPr>
            </w:pPr>
          </w:p>
        </w:tc>
        <w:tc>
          <w:tcPr>
            <w:tcW w:w="0" w:type="auto"/>
            <w:hideMark/>
          </w:tcPr>
          <w:p w14:paraId="37D7D80C" w14:textId="0539B1F3" w:rsidR="005B27D0" w:rsidRPr="001E7B0E" w:rsidRDefault="005B27D0" w:rsidP="00741072">
            <w:pPr>
              <w:shd w:val="clear" w:color="auto" w:fill="FFFFFF" w:themeFill="background1"/>
              <w:jc w:val="both"/>
              <w:rPr>
                <w:rFonts w:eastAsia="Times New Roman" w:cs="Times New Roman"/>
                <w:sz w:val="20"/>
                <w:szCs w:val="20"/>
                <w:lang w:val="es-EC" w:eastAsia="es-EC"/>
              </w:rPr>
            </w:pPr>
          </w:p>
        </w:tc>
        <w:tc>
          <w:tcPr>
            <w:tcW w:w="527" w:type="dxa"/>
            <w:hideMark/>
          </w:tcPr>
          <w:p w14:paraId="6E881B93" w14:textId="116C6FC7" w:rsidR="005B27D0" w:rsidRPr="001E7B0E" w:rsidRDefault="005B27D0" w:rsidP="00741072">
            <w:pPr>
              <w:shd w:val="clear" w:color="auto" w:fill="FFFFFF" w:themeFill="background1"/>
              <w:jc w:val="both"/>
              <w:rPr>
                <w:rFonts w:eastAsia="Times New Roman" w:cs="Times New Roman"/>
                <w:sz w:val="20"/>
                <w:szCs w:val="20"/>
                <w:lang w:val="es-EC" w:eastAsia="es-EC"/>
              </w:rPr>
            </w:pPr>
          </w:p>
        </w:tc>
      </w:tr>
    </w:tbl>
    <w:p w14:paraId="0CADA62C" w14:textId="1B50721B" w:rsidR="00BC61D8" w:rsidRPr="00741072" w:rsidRDefault="00BC61D8" w:rsidP="00741072">
      <w:pPr>
        <w:shd w:val="clear" w:color="auto" w:fill="FFFFFF" w:themeFill="background1"/>
        <w:jc w:val="both"/>
        <w:rPr>
          <w:lang w:val="es-EC"/>
        </w:rPr>
      </w:pPr>
    </w:p>
    <w:p w14:paraId="53CEA52E" w14:textId="0C96F5BD" w:rsidR="00D44AE8" w:rsidRPr="00741072" w:rsidRDefault="00D44AE8" w:rsidP="00741072">
      <w:pPr>
        <w:pStyle w:val="Prrafodelista"/>
        <w:numPr>
          <w:ilvl w:val="0"/>
          <w:numId w:val="14"/>
        </w:numPr>
        <w:shd w:val="clear" w:color="auto" w:fill="FFFFFF" w:themeFill="background1"/>
        <w:jc w:val="both"/>
        <w:rPr>
          <w:b/>
          <w:bCs/>
          <w:lang w:val="es-EC"/>
        </w:rPr>
      </w:pPr>
      <w:r w:rsidRPr="00741072">
        <w:rPr>
          <w:b/>
          <w:bCs/>
          <w:lang w:val="es-EC"/>
        </w:rPr>
        <w:t xml:space="preserve">Docentes que han culminado y registrados en la </w:t>
      </w:r>
      <w:r w:rsidR="00D15FCE" w:rsidRPr="00741072">
        <w:rPr>
          <w:b/>
          <w:bCs/>
          <w:lang w:val="es-EC"/>
        </w:rPr>
        <w:t xml:space="preserve">Senescyt </w:t>
      </w:r>
      <w:r w:rsidRPr="00741072">
        <w:rPr>
          <w:b/>
          <w:bCs/>
          <w:lang w:val="es-EC"/>
        </w:rPr>
        <w:t>sus programas doctorales</w:t>
      </w:r>
      <w:r w:rsidR="00D15FCE" w:rsidRPr="00741072">
        <w:rPr>
          <w:b/>
          <w:bCs/>
          <w:lang w:val="es-EC"/>
        </w:rPr>
        <w:t xml:space="preserve"> o postdoctorales.</w:t>
      </w:r>
    </w:p>
    <w:p w14:paraId="66D5BFC5" w14:textId="77777777" w:rsidR="005B27D0" w:rsidRPr="00741072" w:rsidRDefault="005B27D0" w:rsidP="00741072">
      <w:pPr>
        <w:shd w:val="clear" w:color="auto" w:fill="FFFFFF" w:themeFill="background1"/>
        <w:jc w:val="both"/>
        <w:rPr>
          <w:lang w:val="es-EC"/>
        </w:rPr>
      </w:pPr>
      <w:r w:rsidRPr="00AD4B11">
        <w:rPr>
          <w:highlight w:val="yellow"/>
          <w:lang w:val="es-EC"/>
        </w:rPr>
        <w:t>(Ejemplo de matriz. Eliminar esta nota antes de imprimir)</w:t>
      </w: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1193"/>
        <w:gridCol w:w="1482"/>
        <w:gridCol w:w="1739"/>
        <w:gridCol w:w="1417"/>
        <w:gridCol w:w="1506"/>
        <w:gridCol w:w="1293"/>
      </w:tblGrid>
      <w:tr w:rsidR="005B27D0" w:rsidRPr="001E7B0E" w14:paraId="76DB58D8" w14:textId="255E77C0" w:rsidTr="005B27D0">
        <w:tc>
          <w:tcPr>
            <w:tcW w:w="1269" w:type="dxa"/>
            <w:hideMark/>
          </w:tcPr>
          <w:p w14:paraId="5ED77F60" w14:textId="4D7B9F94" w:rsidR="005B27D0" w:rsidRPr="001E7B0E" w:rsidRDefault="005B27D0" w:rsidP="00741072">
            <w:pPr>
              <w:shd w:val="clear" w:color="auto" w:fill="FFFFFF" w:themeFill="background1"/>
              <w:jc w:val="both"/>
              <w:rPr>
                <w:rFonts w:eastAsia="Times New Roman" w:cs="Times New Roman"/>
                <w:b/>
                <w:bCs/>
                <w:sz w:val="20"/>
                <w:szCs w:val="20"/>
                <w:lang w:val="es-EC" w:eastAsia="es-EC"/>
              </w:rPr>
            </w:pPr>
            <w:r w:rsidRPr="001E7B0E">
              <w:rPr>
                <w:rFonts w:eastAsia="Times New Roman" w:cs="Times New Roman"/>
                <w:b/>
                <w:bCs/>
                <w:sz w:val="20"/>
                <w:szCs w:val="20"/>
                <w:lang w:val="es-EC" w:eastAsia="es-EC"/>
              </w:rPr>
              <w:t>Apellidos y nombres</w:t>
            </w:r>
          </w:p>
        </w:tc>
        <w:tc>
          <w:tcPr>
            <w:tcW w:w="990" w:type="dxa"/>
          </w:tcPr>
          <w:p w14:paraId="62919153" w14:textId="6CE8D026" w:rsidR="005B27D0" w:rsidRPr="001E7B0E" w:rsidRDefault="005B27D0" w:rsidP="00741072">
            <w:pPr>
              <w:shd w:val="clear" w:color="auto" w:fill="FFFFFF" w:themeFill="background1"/>
              <w:jc w:val="both"/>
              <w:rPr>
                <w:rFonts w:eastAsia="Times New Roman" w:cs="Times New Roman"/>
                <w:b/>
                <w:bCs/>
                <w:sz w:val="20"/>
                <w:szCs w:val="20"/>
                <w:lang w:val="es-EC" w:eastAsia="es-EC"/>
              </w:rPr>
            </w:pPr>
            <w:r w:rsidRPr="001E7B0E">
              <w:rPr>
                <w:rFonts w:eastAsia="Times New Roman" w:cs="Times New Roman"/>
                <w:b/>
                <w:bCs/>
                <w:sz w:val="20"/>
                <w:szCs w:val="20"/>
                <w:lang w:val="es-EC" w:eastAsia="es-EC"/>
              </w:rPr>
              <w:t>Nro. de identificación</w:t>
            </w:r>
          </w:p>
        </w:tc>
        <w:tc>
          <w:tcPr>
            <w:tcW w:w="1864" w:type="dxa"/>
            <w:hideMark/>
          </w:tcPr>
          <w:p w14:paraId="0C3E6975" w14:textId="3048592B" w:rsidR="005B27D0" w:rsidRPr="001E7B0E" w:rsidRDefault="005B27D0" w:rsidP="00741072">
            <w:pPr>
              <w:shd w:val="clear" w:color="auto" w:fill="FFFFFF" w:themeFill="background1"/>
              <w:jc w:val="both"/>
              <w:rPr>
                <w:rFonts w:eastAsia="Times New Roman" w:cs="Times New Roman"/>
                <w:b/>
                <w:bCs/>
                <w:sz w:val="20"/>
                <w:szCs w:val="20"/>
                <w:lang w:val="es-EC" w:eastAsia="es-EC"/>
              </w:rPr>
            </w:pPr>
            <w:r w:rsidRPr="001E7B0E">
              <w:rPr>
                <w:rFonts w:eastAsia="Times New Roman" w:cs="Times New Roman"/>
                <w:b/>
                <w:bCs/>
                <w:sz w:val="20"/>
                <w:szCs w:val="20"/>
                <w:lang w:val="es-EC" w:eastAsia="es-EC"/>
              </w:rPr>
              <w:t>Programa de doctorado o postdoctorado</w:t>
            </w:r>
          </w:p>
        </w:tc>
        <w:tc>
          <w:tcPr>
            <w:tcW w:w="1470" w:type="dxa"/>
            <w:hideMark/>
          </w:tcPr>
          <w:p w14:paraId="51607057" w14:textId="77777777" w:rsidR="005B27D0" w:rsidRPr="001E7B0E" w:rsidRDefault="005B27D0" w:rsidP="00741072">
            <w:pPr>
              <w:shd w:val="clear" w:color="auto" w:fill="FFFFFF" w:themeFill="background1"/>
              <w:jc w:val="both"/>
              <w:rPr>
                <w:rFonts w:eastAsia="Times New Roman" w:cs="Times New Roman"/>
                <w:b/>
                <w:bCs/>
                <w:sz w:val="20"/>
                <w:szCs w:val="20"/>
                <w:lang w:val="es-EC" w:eastAsia="es-EC"/>
              </w:rPr>
            </w:pPr>
            <w:r w:rsidRPr="001E7B0E">
              <w:rPr>
                <w:rFonts w:eastAsia="Times New Roman" w:cs="Times New Roman"/>
                <w:b/>
                <w:bCs/>
                <w:sz w:val="20"/>
                <w:szCs w:val="20"/>
                <w:lang w:val="es-EC" w:eastAsia="es-EC"/>
              </w:rPr>
              <w:t>Universidad / País</w:t>
            </w:r>
          </w:p>
        </w:tc>
        <w:tc>
          <w:tcPr>
            <w:tcW w:w="1550" w:type="dxa"/>
            <w:hideMark/>
          </w:tcPr>
          <w:p w14:paraId="7BC29457" w14:textId="77777777" w:rsidR="005B27D0" w:rsidRPr="001E7B0E" w:rsidRDefault="005B27D0" w:rsidP="00741072">
            <w:pPr>
              <w:shd w:val="clear" w:color="auto" w:fill="FFFFFF" w:themeFill="background1"/>
              <w:jc w:val="both"/>
              <w:rPr>
                <w:rFonts w:eastAsia="Times New Roman" w:cs="Times New Roman"/>
                <w:b/>
                <w:bCs/>
                <w:sz w:val="20"/>
                <w:szCs w:val="20"/>
                <w:lang w:val="es-EC" w:eastAsia="es-EC"/>
              </w:rPr>
            </w:pPr>
            <w:r w:rsidRPr="001E7B0E">
              <w:rPr>
                <w:rFonts w:eastAsia="Times New Roman" w:cs="Times New Roman"/>
                <w:b/>
                <w:bCs/>
                <w:sz w:val="20"/>
                <w:szCs w:val="20"/>
                <w:lang w:val="es-EC" w:eastAsia="es-EC"/>
              </w:rPr>
              <w:t>Línea de investigación</w:t>
            </w:r>
          </w:p>
        </w:tc>
        <w:tc>
          <w:tcPr>
            <w:tcW w:w="1487" w:type="dxa"/>
          </w:tcPr>
          <w:p w14:paraId="3424B86D" w14:textId="6F85B1B3" w:rsidR="005B27D0" w:rsidRPr="001E7B0E" w:rsidRDefault="005B27D0" w:rsidP="00741072">
            <w:pPr>
              <w:shd w:val="clear" w:color="auto" w:fill="FFFFFF" w:themeFill="background1"/>
              <w:jc w:val="both"/>
              <w:rPr>
                <w:rFonts w:eastAsia="Times New Roman" w:cs="Times New Roman"/>
                <w:b/>
                <w:bCs/>
                <w:sz w:val="20"/>
                <w:szCs w:val="20"/>
                <w:lang w:val="es-EC" w:eastAsia="es-EC"/>
              </w:rPr>
            </w:pPr>
            <w:r w:rsidRPr="001E7B0E">
              <w:rPr>
                <w:rFonts w:eastAsia="Times New Roman" w:cs="Times New Roman"/>
                <w:b/>
                <w:bCs/>
                <w:sz w:val="20"/>
                <w:szCs w:val="20"/>
                <w:lang w:val="es-EC" w:eastAsia="es-EC"/>
              </w:rPr>
              <w:t xml:space="preserve">Nro. registro </w:t>
            </w:r>
            <w:r w:rsidRPr="001E7B0E">
              <w:rPr>
                <w:b/>
                <w:bCs/>
                <w:sz w:val="20"/>
                <w:szCs w:val="20"/>
                <w:lang w:val="es-EC"/>
              </w:rPr>
              <w:t>Senescyt</w:t>
            </w:r>
          </w:p>
        </w:tc>
      </w:tr>
      <w:tr w:rsidR="005B27D0" w:rsidRPr="001E7B0E" w14:paraId="65378567" w14:textId="7FC3EDE2" w:rsidTr="005B27D0">
        <w:tc>
          <w:tcPr>
            <w:tcW w:w="1269" w:type="dxa"/>
          </w:tcPr>
          <w:p w14:paraId="163DCA56" w14:textId="77777777" w:rsidR="005B27D0" w:rsidRPr="001E7B0E" w:rsidRDefault="005B27D0" w:rsidP="00741072">
            <w:pPr>
              <w:shd w:val="clear" w:color="auto" w:fill="FFFFFF" w:themeFill="background1"/>
              <w:jc w:val="both"/>
              <w:rPr>
                <w:rFonts w:eastAsia="Times New Roman" w:cs="Times New Roman"/>
                <w:b/>
                <w:bCs/>
                <w:sz w:val="20"/>
                <w:szCs w:val="20"/>
                <w:lang w:val="es-EC" w:eastAsia="es-EC"/>
              </w:rPr>
            </w:pPr>
          </w:p>
        </w:tc>
        <w:tc>
          <w:tcPr>
            <w:tcW w:w="990" w:type="dxa"/>
          </w:tcPr>
          <w:p w14:paraId="401D199C" w14:textId="77777777" w:rsidR="005B27D0" w:rsidRPr="001E7B0E" w:rsidRDefault="005B27D0" w:rsidP="00741072">
            <w:pPr>
              <w:shd w:val="clear" w:color="auto" w:fill="FFFFFF" w:themeFill="background1"/>
              <w:jc w:val="both"/>
              <w:rPr>
                <w:rFonts w:eastAsia="Times New Roman" w:cs="Times New Roman"/>
                <w:b/>
                <w:bCs/>
                <w:sz w:val="20"/>
                <w:szCs w:val="20"/>
                <w:lang w:val="es-EC" w:eastAsia="es-EC"/>
              </w:rPr>
            </w:pPr>
          </w:p>
        </w:tc>
        <w:tc>
          <w:tcPr>
            <w:tcW w:w="1864" w:type="dxa"/>
          </w:tcPr>
          <w:p w14:paraId="5B8803E2" w14:textId="0580FAAB" w:rsidR="005B27D0" w:rsidRPr="001E7B0E" w:rsidRDefault="005B27D0" w:rsidP="00741072">
            <w:pPr>
              <w:shd w:val="clear" w:color="auto" w:fill="FFFFFF" w:themeFill="background1"/>
              <w:jc w:val="both"/>
              <w:rPr>
                <w:rFonts w:eastAsia="Times New Roman" w:cs="Times New Roman"/>
                <w:b/>
                <w:bCs/>
                <w:sz w:val="20"/>
                <w:szCs w:val="20"/>
                <w:lang w:val="es-EC" w:eastAsia="es-EC"/>
              </w:rPr>
            </w:pPr>
          </w:p>
        </w:tc>
        <w:tc>
          <w:tcPr>
            <w:tcW w:w="1470" w:type="dxa"/>
          </w:tcPr>
          <w:p w14:paraId="0C09C940" w14:textId="77777777" w:rsidR="005B27D0" w:rsidRPr="001E7B0E" w:rsidRDefault="005B27D0" w:rsidP="00741072">
            <w:pPr>
              <w:shd w:val="clear" w:color="auto" w:fill="FFFFFF" w:themeFill="background1"/>
              <w:jc w:val="both"/>
              <w:rPr>
                <w:rFonts w:eastAsia="Times New Roman" w:cs="Times New Roman"/>
                <w:b/>
                <w:bCs/>
                <w:sz w:val="20"/>
                <w:szCs w:val="20"/>
                <w:lang w:val="es-EC" w:eastAsia="es-EC"/>
              </w:rPr>
            </w:pPr>
          </w:p>
        </w:tc>
        <w:tc>
          <w:tcPr>
            <w:tcW w:w="1550" w:type="dxa"/>
          </w:tcPr>
          <w:p w14:paraId="6E7A4F0D" w14:textId="77777777" w:rsidR="005B27D0" w:rsidRPr="001E7B0E" w:rsidRDefault="005B27D0" w:rsidP="00741072">
            <w:pPr>
              <w:shd w:val="clear" w:color="auto" w:fill="FFFFFF" w:themeFill="background1"/>
              <w:jc w:val="both"/>
              <w:rPr>
                <w:rFonts w:eastAsia="Times New Roman" w:cs="Times New Roman"/>
                <w:b/>
                <w:bCs/>
                <w:sz w:val="20"/>
                <w:szCs w:val="20"/>
                <w:lang w:val="es-EC" w:eastAsia="es-EC"/>
              </w:rPr>
            </w:pPr>
          </w:p>
        </w:tc>
        <w:tc>
          <w:tcPr>
            <w:tcW w:w="1487" w:type="dxa"/>
          </w:tcPr>
          <w:p w14:paraId="1A89F176" w14:textId="77777777" w:rsidR="005B27D0" w:rsidRPr="001E7B0E" w:rsidRDefault="005B27D0" w:rsidP="00741072">
            <w:pPr>
              <w:shd w:val="clear" w:color="auto" w:fill="FFFFFF" w:themeFill="background1"/>
              <w:jc w:val="both"/>
              <w:rPr>
                <w:rFonts w:eastAsia="Times New Roman" w:cs="Times New Roman"/>
                <w:b/>
                <w:bCs/>
                <w:sz w:val="20"/>
                <w:szCs w:val="20"/>
                <w:lang w:val="es-EC" w:eastAsia="es-EC"/>
              </w:rPr>
            </w:pPr>
          </w:p>
        </w:tc>
      </w:tr>
      <w:tr w:rsidR="005B27D0" w:rsidRPr="001E7B0E" w14:paraId="57BEDF7A" w14:textId="3901072C" w:rsidTr="005B27D0">
        <w:tc>
          <w:tcPr>
            <w:tcW w:w="1269" w:type="dxa"/>
          </w:tcPr>
          <w:p w14:paraId="2D14078A" w14:textId="77777777" w:rsidR="005B27D0" w:rsidRPr="001E7B0E" w:rsidRDefault="005B27D0" w:rsidP="00741072">
            <w:pPr>
              <w:shd w:val="clear" w:color="auto" w:fill="FFFFFF" w:themeFill="background1"/>
              <w:jc w:val="both"/>
              <w:rPr>
                <w:rFonts w:eastAsia="Times New Roman" w:cs="Times New Roman"/>
                <w:b/>
                <w:bCs/>
                <w:sz w:val="20"/>
                <w:szCs w:val="20"/>
                <w:lang w:val="es-EC" w:eastAsia="es-EC"/>
              </w:rPr>
            </w:pPr>
          </w:p>
        </w:tc>
        <w:tc>
          <w:tcPr>
            <w:tcW w:w="990" w:type="dxa"/>
          </w:tcPr>
          <w:p w14:paraId="4F9DD87F" w14:textId="77777777" w:rsidR="005B27D0" w:rsidRPr="001E7B0E" w:rsidRDefault="005B27D0" w:rsidP="00741072">
            <w:pPr>
              <w:shd w:val="clear" w:color="auto" w:fill="FFFFFF" w:themeFill="background1"/>
              <w:jc w:val="both"/>
              <w:rPr>
                <w:rFonts w:eastAsia="Times New Roman" w:cs="Times New Roman"/>
                <w:b/>
                <w:bCs/>
                <w:sz w:val="20"/>
                <w:szCs w:val="20"/>
                <w:lang w:val="es-EC" w:eastAsia="es-EC"/>
              </w:rPr>
            </w:pPr>
          </w:p>
        </w:tc>
        <w:tc>
          <w:tcPr>
            <w:tcW w:w="1864" w:type="dxa"/>
          </w:tcPr>
          <w:p w14:paraId="74720C00" w14:textId="376C44F2" w:rsidR="005B27D0" w:rsidRPr="001E7B0E" w:rsidRDefault="005B27D0" w:rsidP="00741072">
            <w:pPr>
              <w:shd w:val="clear" w:color="auto" w:fill="FFFFFF" w:themeFill="background1"/>
              <w:jc w:val="both"/>
              <w:rPr>
                <w:rFonts w:eastAsia="Times New Roman" w:cs="Times New Roman"/>
                <w:b/>
                <w:bCs/>
                <w:sz w:val="20"/>
                <w:szCs w:val="20"/>
                <w:lang w:val="es-EC" w:eastAsia="es-EC"/>
              </w:rPr>
            </w:pPr>
          </w:p>
        </w:tc>
        <w:tc>
          <w:tcPr>
            <w:tcW w:w="1470" w:type="dxa"/>
          </w:tcPr>
          <w:p w14:paraId="56435828" w14:textId="77777777" w:rsidR="005B27D0" w:rsidRPr="001E7B0E" w:rsidRDefault="005B27D0" w:rsidP="00741072">
            <w:pPr>
              <w:shd w:val="clear" w:color="auto" w:fill="FFFFFF" w:themeFill="background1"/>
              <w:jc w:val="both"/>
              <w:rPr>
                <w:rFonts w:eastAsia="Times New Roman" w:cs="Times New Roman"/>
                <w:b/>
                <w:bCs/>
                <w:sz w:val="20"/>
                <w:szCs w:val="20"/>
                <w:lang w:val="es-EC" w:eastAsia="es-EC"/>
              </w:rPr>
            </w:pPr>
          </w:p>
        </w:tc>
        <w:tc>
          <w:tcPr>
            <w:tcW w:w="1550" w:type="dxa"/>
          </w:tcPr>
          <w:p w14:paraId="7099CF9E" w14:textId="77777777" w:rsidR="005B27D0" w:rsidRPr="001E7B0E" w:rsidRDefault="005B27D0" w:rsidP="00741072">
            <w:pPr>
              <w:shd w:val="clear" w:color="auto" w:fill="FFFFFF" w:themeFill="background1"/>
              <w:jc w:val="both"/>
              <w:rPr>
                <w:rFonts w:eastAsia="Times New Roman" w:cs="Times New Roman"/>
                <w:b/>
                <w:bCs/>
                <w:sz w:val="20"/>
                <w:szCs w:val="20"/>
                <w:lang w:val="es-EC" w:eastAsia="es-EC"/>
              </w:rPr>
            </w:pPr>
          </w:p>
        </w:tc>
        <w:tc>
          <w:tcPr>
            <w:tcW w:w="1487" w:type="dxa"/>
          </w:tcPr>
          <w:p w14:paraId="777CEB83" w14:textId="77777777" w:rsidR="005B27D0" w:rsidRPr="001E7B0E" w:rsidRDefault="005B27D0" w:rsidP="00741072">
            <w:pPr>
              <w:shd w:val="clear" w:color="auto" w:fill="FFFFFF" w:themeFill="background1"/>
              <w:jc w:val="both"/>
              <w:rPr>
                <w:rFonts w:eastAsia="Times New Roman" w:cs="Times New Roman"/>
                <w:b/>
                <w:bCs/>
                <w:sz w:val="20"/>
                <w:szCs w:val="20"/>
                <w:lang w:val="es-EC" w:eastAsia="es-EC"/>
              </w:rPr>
            </w:pPr>
          </w:p>
        </w:tc>
      </w:tr>
      <w:tr w:rsidR="005B27D0" w:rsidRPr="001E7B0E" w14:paraId="2936C4F2" w14:textId="0E63FA34" w:rsidTr="005B27D0">
        <w:tc>
          <w:tcPr>
            <w:tcW w:w="1269" w:type="dxa"/>
          </w:tcPr>
          <w:p w14:paraId="4AB10FFA" w14:textId="77777777" w:rsidR="005B27D0" w:rsidRPr="001E7B0E" w:rsidRDefault="005B27D0" w:rsidP="00741072">
            <w:pPr>
              <w:shd w:val="clear" w:color="auto" w:fill="FFFFFF" w:themeFill="background1"/>
              <w:jc w:val="both"/>
              <w:rPr>
                <w:rFonts w:eastAsia="Times New Roman" w:cs="Times New Roman"/>
                <w:b/>
                <w:bCs/>
                <w:sz w:val="20"/>
                <w:szCs w:val="20"/>
                <w:lang w:val="es-EC" w:eastAsia="es-EC"/>
              </w:rPr>
            </w:pPr>
          </w:p>
        </w:tc>
        <w:tc>
          <w:tcPr>
            <w:tcW w:w="990" w:type="dxa"/>
          </w:tcPr>
          <w:p w14:paraId="6559F491" w14:textId="77777777" w:rsidR="005B27D0" w:rsidRPr="001E7B0E" w:rsidRDefault="005B27D0" w:rsidP="00741072">
            <w:pPr>
              <w:shd w:val="clear" w:color="auto" w:fill="FFFFFF" w:themeFill="background1"/>
              <w:jc w:val="both"/>
              <w:rPr>
                <w:rFonts w:eastAsia="Times New Roman" w:cs="Times New Roman"/>
                <w:b/>
                <w:bCs/>
                <w:sz w:val="20"/>
                <w:szCs w:val="20"/>
                <w:lang w:val="es-EC" w:eastAsia="es-EC"/>
              </w:rPr>
            </w:pPr>
          </w:p>
        </w:tc>
        <w:tc>
          <w:tcPr>
            <w:tcW w:w="1864" w:type="dxa"/>
          </w:tcPr>
          <w:p w14:paraId="05BED50C" w14:textId="75875F25" w:rsidR="005B27D0" w:rsidRPr="001E7B0E" w:rsidRDefault="005B27D0" w:rsidP="00741072">
            <w:pPr>
              <w:shd w:val="clear" w:color="auto" w:fill="FFFFFF" w:themeFill="background1"/>
              <w:jc w:val="both"/>
              <w:rPr>
                <w:rFonts w:eastAsia="Times New Roman" w:cs="Times New Roman"/>
                <w:b/>
                <w:bCs/>
                <w:sz w:val="20"/>
                <w:szCs w:val="20"/>
                <w:lang w:val="es-EC" w:eastAsia="es-EC"/>
              </w:rPr>
            </w:pPr>
          </w:p>
        </w:tc>
        <w:tc>
          <w:tcPr>
            <w:tcW w:w="1470" w:type="dxa"/>
          </w:tcPr>
          <w:p w14:paraId="04FFDE11" w14:textId="77777777" w:rsidR="005B27D0" w:rsidRPr="001E7B0E" w:rsidRDefault="005B27D0" w:rsidP="00741072">
            <w:pPr>
              <w:shd w:val="clear" w:color="auto" w:fill="FFFFFF" w:themeFill="background1"/>
              <w:jc w:val="both"/>
              <w:rPr>
                <w:rFonts w:eastAsia="Times New Roman" w:cs="Times New Roman"/>
                <w:b/>
                <w:bCs/>
                <w:sz w:val="20"/>
                <w:szCs w:val="20"/>
                <w:lang w:val="es-EC" w:eastAsia="es-EC"/>
              </w:rPr>
            </w:pPr>
          </w:p>
        </w:tc>
        <w:tc>
          <w:tcPr>
            <w:tcW w:w="1550" w:type="dxa"/>
          </w:tcPr>
          <w:p w14:paraId="66F6E832" w14:textId="77777777" w:rsidR="005B27D0" w:rsidRPr="001E7B0E" w:rsidRDefault="005B27D0" w:rsidP="00741072">
            <w:pPr>
              <w:shd w:val="clear" w:color="auto" w:fill="FFFFFF" w:themeFill="background1"/>
              <w:jc w:val="both"/>
              <w:rPr>
                <w:rFonts w:eastAsia="Times New Roman" w:cs="Times New Roman"/>
                <w:b/>
                <w:bCs/>
                <w:sz w:val="20"/>
                <w:szCs w:val="20"/>
                <w:lang w:val="es-EC" w:eastAsia="es-EC"/>
              </w:rPr>
            </w:pPr>
          </w:p>
        </w:tc>
        <w:tc>
          <w:tcPr>
            <w:tcW w:w="1487" w:type="dxa"/>
          </w:tcPr>
          <w:p w14:paraId="2C8248E0" w14:textId="77777777" w:rsidR="005B27D0" w:rsidRPr="001E7B0E" w:rsidRDefault="005B27D0" w:rsidP="00741072">
            <w:pPr>
              <w:shd w:val="clear" w:color="auto" w:fill="FFFFFF" w:themeFill="background1"/>
              <w:jc w:val="both"/>
              <w:rPr>
                <w:rFonts w:eastAsia="Times New Roman" w:cs="Times New Roman"/>
                <w:b/>
                <w:bCs/>
                <w:sz w:val="20"/>
                <w:szCs w:val="20"/>
                <w:lang w:val="es-EC" w:eastAsia="es-EC"/>
              </w:rPr>
            </w:pPr>
          </w:p>
        </w:tc>
      </w:tr>
      <w:tr w:rsidR="005B27D0" w:rsidRPr="001E7B0E" w14:paraId="31759785" w14:textId="1D3284C1" w:rsidTr="005B27D0">
        <w:tc>
          <w:tcPr>
            <w:tcW w:w="1269" w:type="dxa"/>
            <w:hideMark/>
          </w:tcPr>
          <w:p w14:paraId="57EC5AB7" w14:textId="77777777" w:rsidR="005B27D0" w:rsidRPr="001E7B0E" w:rsidRDefault="005B27D0" w:rsidP="00741072">
            <w:pPr>
              <w:shd w:val="clear" w:color="auto" w:fill="FFFFFF" w:themeFill="background1"/>
              <w:jc w:val="both"/>
              <w:rPr>
                <w:rFonts w:eastAsia="Times New Roman" w:cs="Times New Roman"/>
                <w:sz w:val="20"/>
                <w:szCs w:val="20"/>
                <w:lang w:val="es-EC" w:eastAsia="es-EC"/>
              </w:rPr>
            </w:pPr>
          </w:p>
        </w:tc>
        <w:tc>
          <w:tcPr>
            <w:tcW w:w="990" w:type="dxa"/>
          </w:tcPr>
          <w:p w14:paraId="24BFCB59" w14:textId="77777777" w:rsidR="005B27D0" w:rsidRPr="001E7B0E" w:rsidRDefault="005B27D0" w:rsidP="00741072">
            <w:pPr>
              <w:shd w:val="clear" w:color="auto" w:fill="FFFFFF" w:themeFill="background1"/>
              <w:jc w:val="both"/>
              <w:rPr>
                <w:rFonts w:eastAsia="Times New Roman" w:cs="Times New Roman"/>
                <w:sz w:val="20"/>
                <w:szCs w:val="20"/>
                <w:lang w:val="es-EC" w:eastAsia="es-EC"/>
              </w:rPr>
            </w:pPr>
          </w:p>
        </w:tc>
        <w:tc>
          <w:tcPr>
            <w:tcW w:w="1864" w:type="dxa"/>
            <w:hideMark/>
          </w:tcPr>
          <w:p w14:paraId="21610F40" w14:textId="47084EB2" w:rsidR="005B27D0" w:rsidRPr="001E7B0E" w:rsidRDefault="005B27D0" w:rsidP="00741072">
            <w:pPr>
              <w:shd w:val="clear" w:color="auto" w:fill="FFFFFF" w:themeFill="background1"/>
              <w:jc w:val="both"/>
              <w:rPr>
                <w:rFonts w:eastAsia="Times New Roman" w:cs="Times New Roman"/>
                <w:sz w:val="20"/>
                <w:szCs w:val="20"/>
                <w:lang w:val="es-EC" w:eastAsia="es-EC"/>
              </w:rPr>
            </w:pPr>
          </w:p>
        </w:tc>
        <w:tc>
          <w:tcPr>
            <w:tcW w:w="1470" w:type="dxa"/>
            <w:hideMark/>
          </w:tcPr>
          <w:p w14:paraId="2392CBE4" w14:textId="77777777" w:rsidR="005B27D0" w:rsidRPr="001E7B0E" w:rsidRDefault="005B27D0" w:rsidP="00741072">
            <w:pPr>
              <w:shd w:val="clear" w:color="auto" w:fill="FFFFFF" w:themeFill="background1"/>
              <w:jc w:val="both"/>
              <w:rPr>
                <w:rFonts w:eastAsia="Times New Roman" w:cs="Times New Roman"/>
                <w:sz w:val="20"/>
                <w:szCs w:val="20"/>
                <w:lang w:val="es-EC" w:eastAsia="es-EC"/>
              </w:rPr>
            </w:pPr>
          </w:p>
        </w:tc>
        <w:tc>
          <w:tcPr>
            <w:tcW w:w="1550" w:type="dxa"/>
            <w:hideMark/>
          </w:tcPr>
          <w:p w14:paraId="51A4A1CC" w14:textId="77777777" w:rsidR="005B27D0" w:rsidRPr="001E7B0E" w:rsidRDefault="005B27D0" w:rsidP="00741072">
            <w:pPr>
              <w:shd w:val="clear" w:color="auto" w:fill="FFFFFF" w:themeFill="background1"/>
              <w:jc w:val="both"/>
              <w:rPr>
                <w:rFonts w:eastAsia="Times New Roman" w:cs="Times New Roman"/>
                <w:sz w:val="20"/>
                <w:szCs w:val="20"/>
                <w:lang w:val="es-EC" w:eastAsia="es-EC"/>
              </w:rPr>
            </w:pPr>
          </w:p>
        </w:tc>
        <w:tc>
          <w:tcPr>
            <w:tcW w:w="1487" w:type="dxa"/>
          </w:tcPr>
          <w:p w14:paraId="361BAF9D" w14:textId="77777777" w:rsidR="005B27D0" w:rsidRPr="001E7B0E" w:rsidRDefault="005B27D0" w:rsidP="00741072">
            <w:pPr>
              <w:shd w:val="clear" w:color="auto" w:fill="FFFFFF" w:themeFill="background1"/>
              <w:jc w:val="both"/>
              <w:rPr>
                <w:rFonts w:eastAsia="Times New Roman" w:cs="Times New Roman"/>
                <w:sz w:val="20"/>
                <w:szCs w:val="20"/>
                <w:lang w:val="es-EC" w:eastAsia="es-EC"/>
              </w:rPr>
            </w:pPr>
          </w:p>
        </w:tc>
      </w:tr>
    </w:tbl>
    <w:p w14:paraId="44781BB7" w14:textId="10C7FB19" w:rsidR="002F214F" w:rsidRPr="00741072" w:rsidRDefault="00000000" w:rsidP="00741072">
      <w:pPr>
        <w:pStyle w:val="Ttulo1"/>
        <w:numPr>
          <w:ilvl w:val="0"/>
          <w:numId w:val="12"/>
        </w:numPr>
        <w:shd w:val="clear" w:color="auto" w:fill="FFFFFF" w:themeFill="background1"/>
        <w:jc w:val="both"/>
        <w:rPr>
          <w:rFonts w:asciiTheme="minorHAnsi" w:hAnsiTheme="minorHAnsi"/>
          <w:lang w:val="es-EC"/>
        </w:rPr>
      </w:pPr>
      <w:r w:rsidRPr="00741072">
        <w:rPr>
          <w:rFonts w:asciiTheme="minorHAnsi" w:hAnsiTheme="minorHAnsi"/>
          <w:lang w:val="es-EC"/>
        </w:rPr>
        <w:t>Periodos sabáticos</w:t>
      </w:r>
      <w:r w:rsidR="0093707C" w:rsidRPr="00741072">
        <w:rPr>
          <w:rFonts w:asciiTheme="minorHAnsi" w:hAnsiTheme="minorHAnsi"/>
          <w:lang w:val="es-EC"/>
        </w:rPr>
        <w:t>.</w:t>
      </w:r>
    </w:p>
    <w:p w14:paraId="6AA4FE8D" w14:textId="77777777" w:rsidR="005B27D0" w:rsidRPr="00741072" w:rsidRDefault="005B27D0" w:rsidP="00741072">
      <w:pPr>
        <w:shd w:val="clear" w:color="auto" w:fill="FFFFFF" w:themeFill="background1"/>
        <w:spacing w:after="0"/>
        <w:jc w:val="both"/>
        <w:rPr>
          <w:lang w:val="es-EC"/>
        </w:rPr>
      </w:pPr>
    </w:p>
    <w:p w14:paraId="0C59A832" w14:textId="5988A814" w:rsidR="005B27D0" w:rsidRPr="00741072" w:rsidRDefault="005B27D0" w:rsidP="00741072">
      <w:pPr>
        <w:shd w:val="clear" w:color="auto" w:fill="FFFFFF" w:themeFill="background1"/>
        <w:jc w:val="both"/>
        <w:rPr>
          <w:lang w:val="es-EC"/>
        </w:rPr>
      </w:pPr>
      <w:r w:rsidRPr="00AD4B11">
        <w:rPr>
          <w:highlight w:val="yellow"/>
          <w:lang w:val="es-EC"/>
        </w:rPr>
        <w:t>(Ejemplo de matriz. Eliminar esta nota antes de imprimir)</w:t>
      </w:r>
    </w:p>
    <w:tbl>
      <w:tblPr>
        <w:tblStyle w:val="Tablaconcuadrcula"/>
        <w:tblW w:w="8506" w:type="dxa"/>
        <w:tblInd w:w="-289" w:type="dxa"/>
        <w:tblLayout w:type="fixed"/>
        <w:tblLook w:val="04A0" w:firstRow="1" w:lastRow="0" w:firstColumn="1" w:lastColumn="0" w:noHBand="0" w:noVBand="1"/>
      </w:tblPr>
      <w:tblGrid>
        <w:gridCol w:w="1277"/>
        <w:gridCol w:w="1417"/>
        <w:gridCol w:w="1418"/>
        <w:gridCol w:w="1134"/>
        <w:gridCol w:w="992"/>
        <w:gridCol w:w="992"/>
        <w:gridCol w:w="1276"/>
      </w:tblGrid>
      <w:tr w:rsidR="009C361D" w:rsidRPr="001E7B0E" w14:paraId="220D09B2" w14:textId="77777777" w:rsidTr="009C361D">
        <w:tc>
          <w:tcPr>
            <w:tcW w:w="1277" w:type="dxa"/>
            <w:hideMark/>
          </w:tcPr>
          <w:p w14:paraId="48A7496F" w14:textId="4E2BCA07" w:rsidR="009C361D" w:rsidRPr="001E7B0E" w:rsidRDefault="009C361D" w:rsidP="00741072">
            <w:pPr>
              <w:shd w:val="clear" w:color="auto" w:fill="FFFFFF" w:themeFill="background1"/>
              <w:jc w:val="both"/>
              <w:rPr>
                <w:rFonts w:eastAsia="Times New Roman" w:cs="Times New Roman"/>
                <w:b/>
                <w:bCs/>
                <w:sz w:val="20"/>
                <w:szCs w:val="20"/>
                <w:lang w:val="es-EC" w:eastAsia="es-EC"/>
              </w:rPr>
            </w:pPr>
            <w:r w:rsidRPr="001E7B0E">
              <w:rPr>
                <w:rFonts w:eastAsia="Times New Roman" w:cs="Times New Roman"/>
                <w:b/>
                <w:bCs/>
                <w:sz w:val="20"/>
                <w:szCs w:val="20"/>
                <w:lang w:val="es-EC" w:eastAsia="es-EC"/>
              </w:rPr>
              <w:t>Apellidos y nombres</w:t>
            </w:r>
          </w:p>
        </w:tc>
        <w:tc>
          <w:tcPr>
            <w:tcW w:w="1417" w:type="dxa"/>
          </w:tcPr>
          <w:p w14:paraId="0A66AECC" w14:textId="1E39E75D" w:rsidR="009C361D" w:rsidRPr="001E7B0E" w:rsidRDefault="009C361D" w:rsidP="00741072">
            <w:pPr>
              <w:shd w:val="clear" w:color="auto" w:fill="FFFFFF" w:themeFill="background1"/>
              <w:jc w:val="both"/>
              <w:rPr>
                <w:rFonts w:eastAsia="Times New Roman" w:cs="Times New Roman"/>
                <w:b/>
                <w:bCs/>
                <w:sz w:val="20"/>
                <w:szCs w:val="20"/>
                <w:lang w:val="es-EC" w:eastAsia="es-EC"/>
              </w:rPr>
            </w:pPr>
            <w:r w:rsidRPr="001E7B0E">
              <w:rPr>
                <w:rFonts w:eastAsia="Times New Roman" w:cs="Times New Roman"/>
                <w:b/>
                <w:bCs/>
                <w:sz w:val="20"/>
                <w:szCs w:val="20"/>
                <w:lang w:val="es-EC" w:eastAsia="es-EC"/>
              </w:rPr>
              <w:t>Nro. de identificación</w:t>
            </w:r>
          </w:p>
        </w:tc>
        <w:tc>
          <w:tcPr>
            <w:tcW w:w="1418" w:type="dxa"/>
            <w:hideMark/>
          </w:tcPr>
          <w:p w14:paraId="54B8FEEA" w14:textId="6980B9D9" w:rsidR="009C361D" w:rsidRPr="001E7B0E" w:rsidRDefault="009C361D" w:rsidP="00741072">
            <w:pPr>
              <w:shd w:val="clear" w:color="auto" w:fill="FFFFFF" w:themeFill="background1"/>
              <w:jc w:val="both"/>
              <w:rPr>
                <w:rFonts w:eastAsia="Times New Roman" w:cs="Times New Roman"/>
                <w:b/>
                <w:bCs/>
                <w:sz w:val="20"/>
                <w:szCs w:val="20"/>
                <w:lang w:val="es-EC" w:eastAsia="es-EC"/>
              </w:rPr>
            </w:pPr>
            <w:r w:rsidRPr="001E7B0E">
              <w:rPr>
                <w:rFonts w:eastAsia="Times New Roman" w:cs="Times New Roman"/>
                <w:b/>
                <w:bCs/>
                <w:sz w:val="20"/>
                <w:szCs w:val="20"/>
                <w:lang w:val="es-EC" w:eastAsia="es-EC"/>
              </w:rPr>
              <w:t>Proyecto realizado</w:t>
            </w:r>
          </w:p>
        </w:tc>
        <w:tc>
          <w:tcPr>
            <w:tcW w:w="1134" w:type="dxa"/>
            <w:hideMark/>
          </w:tcPr>
          <w:p w14:paraId="58183DCF" w14:textId="77777777" w:rsidR="009C361D" w:rsidRPr="001E7B0E" w:rsidRDefault="009C361D" w:rsidP="00741072">
            <w:pPr>
              <w:shd w:val="clear" w:color="auto" w:fill="FFFFFF" w:themeFill="background1"/>
              <w:jc w:val="both"/>
              <w:rPr>
                <w:rFonts w:eastAsia="Times New Roman" w:cs="Times New Roman"/>
                <w:b/>
                <w:bCs/>
                <w:sz w:val="20"/>
                <w:szCs w:val="20"/>
                <w:lang w:val="es-EC" w:eastAsia="es-EC"/>
              </w:rPr>
            </w:pPr>
            <w:r w:rsidRPr="001E7B0E">
              <w:rPr>
                <w:rFonts w:eastAsia="Times New Roman" w:cs="Times New Roman"/>
                <w:b/>
                <w:bCs/>
                <w:sz w:val="20"/>
                <w:szCs w:val="20"/>
                <w:lang w:val="es-EC" w:eastAsia="es-EC"/>
              </w:rPr>
              <w:t>Línea de investigación</w:t>
            </w:r>
          </w:p>
        </w:tc>
        <w:tc>
          <w:tcPr>
            <w:tcW w:w="992" w:type="dxa"/>
            <w:hideMark/>
          </w:tcPr>
          <w:p w14:paraId="35081022" w14:textId="47CB9450" w:rsidR="009C361D" w:rsidRPr="001E7B0E" w:rsidRDefault="009C361D" w:rsidP="00741072">
            <w:pPr>
              <w:shd w:val="clear" w:color="auto" w:fill="FFFFFF" w:themeFill="background1"/>
              <w:jc w:val="both"/>
              <w:rPr>
                <w:rFonts w:eastAsia="Times New Roman" w:cs="Times New Roman"/>
                <w:b/>
                <w:bCs/>
                <w:sz w:val="20"/>
                <w:szCs w:val="20"/>
                <w:lang w:val="es-EC" w:eastAsia="es-EC"/>
              </w:rPr>
            </w:pPr>
            <w:r w:rsidRPr="001E7B0E">
              <w:rPr>
                <w:rFonts w:eastAsia="Times New Roman" w:cs="Times New Roman"/>
                <w:b/>
                <w:bCs/>
                <w:sz w:val="20"/>
                <w:szCs w:val="20"/>
                <w:lang w:val="es-EC" w:eastAsia="es-EC"/>
              </w:rPr>
              <w:t>Fecha Inicio</w:t>
            </w:r>
          </w:p>
        </w:tc>
        <w:tc>
          <w:tcPr>
            <w:tcW w:w="992" w:type="dxa"/>
            <w:hideMark/>
          </w:tcPr>
          <w:p w14:paraId="115FAB57" w14:textId="716057A1" w:rsidR="009C361D" w:rsidRPr="001E7B0E" w:rsidRDefault="009C361D" w:rsidP="00741072">
            <w:pPr>
              <w:shd w:val="clear" w:color="auto" w:fill="FFFFFF" w:themeFill="background1"/>
              <w:jc w:val="both"/>
              <w:rPr>
                <w:rFonts w:eastAsia="Times New Roman" w:cs="Times New Roman"/>
                <w:b/>
                <w:bCs/>
                <w:sz w:val="20"/>
                <w:szCs w:val="20"/>
                <w:lang w:val="es-EC" w:eastAsia="es-EC"/>
              </w:rPr>
            </w:pPr>
            <w:r w:rsidRPr="001E7B0E">
              <w:rPr>
                <w:rFonts w:eastAsia="Times New Roman" w:cs="Times New Roman"/>
                <w:b/>
                <w:bCs/>
                <w:sz w:val="20"/>
                <w:szCs w:val="20"/>
                <w:lang w:val="es-EC" w:eastAsia="es-EC"/>
              </w:rPr>
              <w:t xml:space="preserve">Fecha fin </w:t>
            </w:r>
          </w:p>
        </w:tc>
        <w:tc>
          <w:tcPr>
            <w:tcW w:w="1276" w:type="dxa"/>
          </w:tcPr>
          <w:p w14:paraId="678C4FB2" w14:textId="19F1A713" w:rsidR="009C361D" w:rsidRPr="001E7B0E" w:rsidRDefault="009C361D" w:rsidP="00741072">
            <w:pPr>
              <w:shd w:val="clear" w:color="auto" w:fill="FFFFFF" w:themeFill="background1"/>
              <w:jc w:val="both"/>
              <w:rPr>
                <w:rFonts w:eastAsia="Times New Roman" w:cs="Times New Roman"/>
                <w:b/>
                <w:bCs/>
                <w:color w:val="EE0000"/>
                <w:sz w:val="20"/>
                <w:szCs w:val="20"/>
                <w:lang w:val="es-EC" w:eastAsia="es-EC"/>
              </w:rPr>
            </w:pPr>
            <w:r w:rsidRPr="001E7B0E">
              <w:rPr>
                <w:rFonts w:eastAsia="Times New Roman" w:cs="Times New Roman"/>
                <w:b/>
                <w:bCs/>
                <w:sz w:val="20"/>
                <w:szCs w:val="20"/>
                <w:lang w:val="es-EC" w:eastAsia="es-EC"/>
              </w:rPr>
              <w:t>Estado</w:t>
            </w:r>
          </w:p>
        </w:tc>
      </w:tr>
      <w:tr w:rsidR="009C361D" w:rsidRPr="001E7B0E" w14:paraId="322C8179" w14:textId="77777777" w:rsidTr="009C361D">
        <w:tc>
          <w:tcPr>
            <w:tcW w:w="1277" w:type="dxa"/>
            <w:hideMark/>
          </w:tcPr>
          <w:p w14:paraId="6939C0B6" w14:textId="1A83F847" w:rsidR="009C361D" w:rsidRPr="001E7B0E" w:rsidRDefault="00BF30A6" w:rsidP="00741072">
            <w:pPr>
              <w:shd w:val="clear" w:color="auto" w:fill="FFFFFF" w:themeFill="background1"/>
              <w:jc w:val="both"/>
              <w:rPr>
                <w:rFonts w:eastAsia="Times New Roman" w:cs="Times New Roman"/>
                <w:sz w:val="20"/>
                <w:szCs w:val="20"/>
                <w:lang w:val="es-EC" w:eastAsia="es-EC"/>
              </w:rPr>
            </w:pPr>
            <w:proofErr w:type="spellStart"/>
            <w:r w:rsidRPr="001E7B0E">
              <w:rPr>
                <w:rFonts w:eastAsia="Times New Roman" w:cs="Times New Roman"/>
                <w:sz w:val="20"/>
                <w:szCs w:val="20"/>
                <w:lang w:val="es-EC" w:eastAsia="es-EC"/>
              </w:rPr>
              <w:t>X</w:t>
            </w:r>
            <w:r w:rsidR="009C361D" w:rsidRPr="001E7B0E">
              <w:rPr>
                <w:rFonts w:eastAsia="Times New Roman" w:cs="Times New Roman"/>
                <w:sz w:val="20"/>
                <w:szCs w:val="20"/>
                <w:lang w:val="es-EC" w:eastAsia="es-EC"/>
              </w:rPr>
              <w:t>xxxxx</w:t>
            </w:r>
            <w:proofErr w:type="spellEnd"/>
          </w:p>
        </w:tc>
        <w:tc>
          <w:tcPr>
            <w:tcW w:w="1417" w:type="dxa"/>
          </w:tcPr>
          <w:p w14:paraId="344A3758" w14:textId="77777777" w:rsidR="009C361D" w:rsidRPr="001E7B0E" w:rsidRDefault="009C361D" w:rsidP="00741072">
            <w:pPr>
              <w:shd w:val="clear" w:color="auto" w:fill="FFFFFF" w:themeFill="background1"/>
              <w:jc w:val="both"/>
              <w:rPr>
                <w:rFonts w:eastAsia="Times New Roman" w:cs="Times New Roman"/>
                <w:sz w:val="20"/>
                <w:szCs w:val="20"/>
                <w:lang w:val="es-EC" w:eastAsia="es-EC"/>
              </w:rPr>
            </w:pPr>
          </w:p>
        </w:tc>
        <w:tc>
          <w:tcPr>
            <w:tcW w:w="1418" w:type="dxa"/>
            <w:hideMark/>
          </w:tcPr>
          <w:p w14:paraId="67A2F828" w14:textId="204C9058" w:rsidR="009C361D" w:rsidRPr="001E7B0E" w:rsidRDefault="009C361D" w:rsidP="00741072">
            <w:pPr>
              <w:shd w:val="clear" w:color="auto" w:fill="FFFFFF" w:themeFill="background1"/>
              <w:jc w:val="both"/>
              <w:rPr>
                <w:rFonts w:eastAsia="Times New Roman" w:cs="Times New Roman"/>
                <w:sz w:val="20"/>
                <w:szCs w:val="20"/>
                <w:lang w:val="es-EC" w:eastAsia="es-EC"/>
              </w:rPr>
            </w:pPr>
            <w:r w:rsidRPr="001E7B0E">
              <w:rPr>
                <w:rFonts w:eastAsia="Times New Roman" w:cs="Times New Roman"/>
                <w:sz w:val="20"/>
                <w:szCs w:val="20"/>
                <w:lang w:val="es-EC" w:eastAsia="es-EC"/>
              </w:rPr>
              <w:t>“Diseño de modelo de mentoría docente”</w:t>
            </w:r>
          </w:p>
        </w:tc>
        <w:tc>
          <w:tcPr>
            <w:tcW w:w="1134" w:type="dxa"/>
            <w:hideMark/>
          </w:tcPr>
          <w:p w14:paraId="721701E7" w14:textId="77777777" w:rsidR="009C361D" w:rsidRPr="001E7B0E" w:rsidRDefault="009C361D" w:rsidP="00741072">
            <w:pPr>
              <w:shd w:val="clear" w:color="auto" w:fill="FFFFFF" w:themeFill="background1"/>
              <w:jc w:val="both"/>
              <w:rPr>
                <w:rFonts w:eastAsia="Times New Roman" w:cs="Times New Roman"/>
                <w:sz w:val="20"/>
                <w:szCs w:val="20"/>
                <w:lang w:val="es-EC" w:eastAsia="es-EC"/>
              </w:rPr>
            </w:pPr>
            <w:r w:rsidRPr="001E7B0E">
              <w:rPr>
                <w:rFonts w:eastAsia="Times New Roman" w:cs="Times New Roman"/>
                <w:sz w:val="20"/>
                <w:szCs w:val="20"/>
                <w:lang w:val="es-EC" w:eastAsia="es-EC"/>
              </w:rPr>
              <w:t>Formación docente</w:t>
            </w:r>
          </w:p>
        </w:tc>
        <w:tc>
          <w:tcPr>
            <w:tcW w:w="992" w:type="dxa"/>
            <w:hideMark/>
          </w:tcPr>
          <w:p w14:paraId="77B0DFEB" w14:textId="77777777" w:rsidR="009C361D" w:rsidRPr="001E7B0E" w:rsidRDefault="009C361D" w:rsidP="00741072">
            <w:pPr>
              <w:shd w:val="clear" w:color="auto" w:fill="FFFFFF" w:themeFill="background1"/>
              <w:jc w:val="both"/>
              <w:rPr>
                <w:rFonts w:eastAsia="Times New Roman" w:cs="Times New Roman"/>
                <w:sz w:val="20"/>
                <w:szCs w:val="20"/>
                <w:lang w:val="es-EC" w:eastAsia="es-EC"/>
              </w:rPr>
            </w:pPr>
            <w:r w:rsidRPr="001E7B0E">
              <w:rPr>
                <w:rFonts w:eastAsia="Times New Roman" w:cs="Times New Roman"/>
                <w:sz w:val="20"/>
                <w:szCs w:val="20"/>
                <w:lang w:val="es-EC" w:eastAsia="es-EC"/>
              </w:rPr>
              <w:t>2025</w:t>
            </w:r>
          </w:p>
        </w:tc>
        <w:tc>
          <w:tcPr>
            <w:tcW w:w="992" w:type="dxa"/>
            <w:hideMark/>
          </w:tcPr>
          <w:p w14:paraId="578B34E1" w14:textId="77777777" w:rsidR="009C361D" w:rsidRPr="001E7B0E" w:rsidRDefault="009C361D" w:rsidP="00741072">
            <w:pPr>
              <w:shd w:val="clear" w:color="auto" w:fill="FFFFFF" w:themeFill="background1"/>
              <w:jc w:val="both"/>
              <w:rPr>
                <w:rFonts w:eastAsia="Times New Roman" w:cs="Times New Roman"/>
                <w:sz w:val="20"/>
                <w:szCs w:val="20"/>
                <w:lang w:val="es-EC" w:eastAsia="es-EC"/>
              </w:rPr>
            </w:pPr>
            <w:r w:rsidRPr="001E7B0E">
              <w:rPr>
                <w:rFonts w:eastAsia="Times New Roman" w:cs="Times New Roman"/>
                <w:sz w:val="20"/>
                <w:szCs w:val="20"/>
                <w:lang w:val="es-EC" w:eastAsia="es-EC"/>
              </w:rPr>
              <w:t>2026</w:t>
            </w:r>
          </w:p>
        </w:tc>
        <w:tc>
          <w:tcPr>
            <w:tcW w:w="1276" w:type="dxa"/>
          </w:tcPr>
          <w:p w14:paraId="2DC55A0B" w14:textId="0F81DD71" w:rsidR="009C361D" w:rsidRPr="001E7B0E" w:rsidRDefault="009C361D" w:rsidP="00741072">
            <w:pPr>
              <w:shd w:val="clear" w:color="auto" w:fill="FFFFFF" w:themeFill="background1"/>
              <w:jc w:val="both"/>
              <w:rPr>
                <w:rFonts w:eastAsia="Times New Roman" w:cs="Times New Roman"/>
                <w:sz w:val="20"/>
                <w:szCs w:val="20"/>
                <w:lang w:val="es-EC" w:eastAsia="es-EC"/>
              </w:rPr>
            </w:pPr>
            <w:r w:rsidRPr="001E7B0E">
              <w:rPr>
                <w:rFonts w:eastAsia="Times New Roman" w:cs="Times New Roman"/>
                <w:sz w:val="20"/>
                <w:szCs w:val="20"/>
                <w:lang w:val="es-EC" w:eastAsia="es-EC"/>
              </w:rPr>
              <w:t>En curso</w:t>
            </w:r>
            <w:r>
              <w:rPr>
                <w:rFonts w:eastAsia="Times New Roman" w:cs="Times New Roman"/>
                <w:sz w:val="20"/>
                <w:szCs w:val="20"/>
                <w:lang w:val="es-EC" w:eastAsia="es-EC"/>
              </w:rPr>
              <w:t xml:space="preserve"> o finalizado</w:t>
            </w:r>
          </w:p>
        </w:tc>
      </w:tr>
      <w:tr w:rsidR="009C361D" w:rsidRPr="001E7B0E" w14:paraId="1C512CA1" w14:textId="77777777" w:rsidTr="009C361D">
        <w:tc>
          <w:tcPr>
            <w:tcW w:w="1277" w:type="dxa"/>
          </w:tcPr>
          <w:p w14:paraId="590AC7BF" w14:textId="77777777" w:rsidR="009C361D" w:rsidRPr="001E7B0E" w:rsidRDefault="009C361D" w:rsidP="00741072">
            <w:pPr>
              <w:shd w:val="clear" w:color="auto" w:fill="FFFFFF" w:themeFill="background1"/>
              <w:jc w:val="both"/>
              <w:rPr>
                <w:rFonts w:eastAsia="Times New Roman" w:cs="Times New Roman"/>
                <w:sz w:val="20"/>
                <w:szCs w:val="20"/>
                <w:lang w:val="es-EC" w:eastAsia="es-EC"/>
              </w:rPr>
            </w:pPr>
          </w:p>
        </w:tc>
        <w:tc>
          <w:tcPr>
            <w:tcW w:w="1417" w:type="dxa"/>
          </w:tcPr>
          <w:p w14:paraId="0D9DDEAE" w14:textId="77777777" w:rsidR="009C361D" w:rsidRPr="001E7B0E" w:rsidRDefault="009C361D" w:rsidP="00741072">
            <w:pPr>
              <w:shd w:val="clear" w:color="auto" w:fill="FFFFFF" w:themeFill="background1"/>
              <w:jc w:val="both"/>
              <w:rPr>
                <w:rFonts w:eastAsia="Times New Roman" w:cs="Times New Roman"/>
                <w:sz w:val="20"/>
                <w:szCs w:val="20"/>
                <w:lang w:val="es-EC" w:eastAsia="es-EC"/>
              </w:rPr>
            </w:pPr>
          </w:p>
        </w:tc>
        <w:tc>
          <w:tcPr>
            <w:tcW w:w="1418" w:type="dxa"/>
          </w:tcPr>
          <w:p w14:paraId="7C746916" w14:textId="77777777" w:rsidR="009C361D" w:rsidRPr="001E7B0E" w:rsidRDefault="009C361D" w:rsidP="00741072">
            <w:pPr>
              <w:shd w:val="clear" w:color="auto" w:fill="FFFFFF" w:themeFill="background1"/>
              <w:jc w:val="both"/>
              <w:rPr>
                <w:rFonts w:eastAsia="Times New Roman" w:cs="Times New Roman"/>
                <w:sz w:val="20"/>
                <w:szCs w:val="20"/>
                <w:lang w:val="es-EC" w:eastAsia="es-EC"/>
              </w:rPr>
            </w:pPr>
          </w:p>
        </w:tc>
        <w:tc>
          <w:tcPr>
            <w:tcW w:w="1134" w:type="dxa"/>
          </w:tcPr>
          <w:p w14:paraId="18F073D2" w14:textId="77777777" w:rsidR="009C361D" w:rsidRPr="001E7B0E" w:rsidRDefault="009C361D" w:rsidP="00741072">
            <w:pPr>
              <w:shd w:val="clear" w:color="auto" w:fill="FFFFFF" w:themeFill="background1"/>
              <w:jc w:val="both"/>
              <w:rPr>
                <w:rFonts w:eastAsia="Times New Roman" w:cs="Times New Roman"/>
                <w:sz w:val="20"/>
                <w:szCs w:val="20"/>
                <w:lang w:val="es-EC" w:eastAsia="es-EC"/>
              </w:rPr>
            </w:pPr>
          </w:p>
        </w:tc>
        <w:tc>
          <w:tcPr>
            <w:tcW w:w="992" w:type="dxa"/>
          </w:tcPr>
          <w:p w14:paraId="5B97F875" w14:textId="77777777" w:rsidR="009C361D" w:rsidRPr="001E7B0E" w:rsidRDefault="009C361D" w:rsidP="00741072">
            <w:pPr>
              <w:shd w:val="clear" w:color="auto" w:fill="FFFFFF" w:themeFill="background1"/>
              <w:jc w:val="both"/>
              <w:rPr>
                <w:rFonts w:eastAsia="Times New Roman" w:cs="Times New Roman"/>
                <w:sz w:val="20"/>
                <w:szCs w:val="20"/>
                <w:lang w:val="es-EC" w:eastAsia="es-EC"/>
              </w:rPr>
            </w:pPr>
          </w:p>
        </w:tc>
        <w:tc>
          <w:tcPr>
            <w:tcW w:w="992" w:type="dxa"/>
          </w:tcPr>
          <w:p w14:paraId="7023910B" w14:textId="77777777" w:rsidR="009C361D" w:rsidRPr="001E7B0E" w:rsidRDefault="009C361D" w:rsidP="00741072">
            <w:pPr>
              <w:shd w:val="clear" w:color="auto" w:fill="FFFFFF" w:themeFill="background1"/>
              <w:jc w:val="both"/>
              <w:rPr>
                <w:rFonts w:eastAsia="Times New Roman" w:cs="Times New Roman"/>
                <w:sz w:val="20"/>
                <w:szCs w:val="20"/>
                <w:lang w:val="es-EC" w:eastAsia="es-EC"/>
              </w:rPr>
            </w:pPr>
          </w:p>
        </w:tc>
        <w:tc>
          <w:tcPr>
            <w:tcW w:w="1276" w:type="dxa"/>
          </w:tcPr>
          <w:p w14:paraId="1F804C75" w14:textId="5CB3F878" w:rsidR="009C361D" w:rsidRPr="001E7B0E" w:rsidRDefault="009C361D" w:rsidP="00741072">
            <w:pPr>
              <w:shd w:val="clear" w:color="auto" w:fill="FFFFFF" w:themeFill="background1"/>
              <w:jc w:val="both"/>
              <w:rPr>
                <w:rFonts w:eastAsia="Times New Roman" w:cs="Times New Roman"/>
                <w:sz w:val="20"/>
                <w:szCs w:val="20"/>
                <w:lang w:val="es-EC" w:eastAsia="es-EC"/>
              </w:rPr>
            </w:pPr>
          </w:p>
        </w:tc>
      </w:tr>
    </w:tbl>
    <w:p w14:paraId="05837AFE" w14:textId="77777777" w:rsidR="00BC61D8" w:rsidRPr="00741072" w:rsidRDefault="00BC61D8" w:rsidP="00741072">
      <w:pPr>
        <w:shd w:val="clear" w:color="auto" w:fill="FFFFFF" w:themeFill="background1"/>
        <w:jc w:val="both"/>
        <w:rPr>
          <w:lang w:val="es-EC"/>
        </w:rPr>
      </w:pPr>
    </w:p>
    <w:p w14:paraId="05D0C2AC" w14:textId="095E66E3" w:rsidR="002F214F" w:rsidRPr="00741072" w:rsidRDefault="00000000" w:rsidP="00741072">
      <w:pPr>
        <w:pStyle w:val="Ttulo1"/>
        <w:numPr>
          <w:ilvl w:val="0"/>
          <w:numId w:val="12"/>
        </w:numPr>
        <w:shd w:val="clear" w:color="auto" w:fill="FFFFFF" w:themeFill="background1"/>
        <w:jc w:val="both"/>
        <w:rPr>
          <w:rFonts w:asciiTheme="minorHAnsi" w:hAnsiTheme="minorHAnsi"/>
          <w:lang w:val="es-EC"/>
        </w:rPr>
      </w:pPr>
      <w:r w:rsidRPr="00741072">
        <w:rPr>
          <w:rFonts w:asciiTheme="minorHAnsi" w:hAnsiTheme="minorHAnsi"/>
          <w:lang w:val="es-EC"/>
        </w:rPr>
        <w:t>Presupuesto Ejecutado</w:t>
      </w:r>
      <w:r w:rsidR="005B27D0" w:rsidRPr="00741072">
        <w:rPr>
          <w:rFonts w:asciiTheme="minorHAnsi" w:hAnsiTheme="minorHAnsi"/>
          <w:lang w:val="es-EC"/>
        </w:rPr>
        <w:t xml:space="preserve"> en las actividades desarrolladas por la unidad académica</w:t>
      </w:r>
      <w:r w:rsidR="0093707C" w:rsidRPr="00741072">
        <w:rPr>
          <w:rFonts w:asciiTheme="minorHAnsi" w:hAnsiTheme="minorHAnsi"/>
          <w:lang w:val="es-EC"/>
        </w:rPr>
        <w:t>.</w:t>
      </w:r>
    </w:p>
    <w:p w14:paraId="34C8F981" w14:textId="5FF8CD67" w:rsidR="002F214F" w:rsidRPr="00741072" w:rsidRDefault="00000000" w:rsidP="00741072">
      <w:pPr>
        <w:shd w:val="clear" w:color="auto" w:fill="FFFFFF" w:themeFill="background1"/>
        <w:jc w:val="both"/>
        <w:rPr>
          <w:lang w:val="es-EC"/>
        </w:rPr>
      </w:pPr>
      <w:r w:rsidRPr="00AD4B11">
        <w:rPr>
          <w:highlight w:val="yellow"/>
          <w:lang w:val="es-EC"/>
        </w:rPr>
        <w:t>(Ejemplo</w:t>
      </w:r>
      <w:r w:rsidR="005B27D0" w:rsidRPr="00AD4B11">
        <w:rPr>
          <w:highlight w:val="yellow"/>
          <w:lang w:val="es-EC"/>
        </w:rPr>
        <w:t xml:space="preserve"> de matriz. Eliminar esta nota antes de imprimir</w:t>
      </w:r>
      <w:r w:rsidRPr="00AD4B11">
        <w:rPr>
          <w:highlight w:val="yellow"/>
          <w:lang w:val="es-EC"/>
        </w:rPr>
        <w:t>).</w:t>
      </w: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1885"/>
        <w:gridCol w:w="1570"/>
        <w:gridCol w:w="1436"/>
        <w:gridCol w:w="2061"/>
        <w:gridCol w:w="1678"/>
      </w:tblGrid>
      <w:tr w:rsidR="00BC61D8" w:rsidRPr="001E7B0E" w14:paraId="77559F47" w14:textId="77777777" w:rsidTr="00BC61D8">
        <w:tc>
          <w:tcPr>
            <w:tcW w:w="0" w:type="auto"/>
            <w:hideMark/>
          </w:tcPr>
          <w:p w14:paraId="0EE1829C" w14:textId="77777777" w:rsidR="00BC61D8" w:rsidRPr="001E7B0E" w:rsidRDefault="00BC61D8" w:rsidP="00741072">
            <w:pPr>
              <w:shd w:val="clear" w:color="auto" w:fill="FFFFFF" w:themeFill="background1"/>
              <w:jc w:val="both"/>
              <w:rPr>
                <w:rFonts w:eastAsia="Times New Roman" w:cs="Times New Roman"/>
                <w:b/>
                <w:bCs/>
                <w:sz w:val="20"/>
                <w:szCs w:val="20"/>
                <w:lang w:val="es-EC" w:eastAsia="es-EC"/>
              </w:rPr>
            </w:pPr>
            <w:r w:rsidRPr="001E7B0E">
              <w:rPr>
                <w:rFonts w:eastAsia="Times New Roman" w:cs="Times New Roman"/>
                <w:b/>
                <w:bCs/>
                <w:sz w:val="20"/>
                <w:szCs w:val="20"/>
                <w:lang w:val="es-EC" w:eastAsia="es-EC"/>
              </w:rPr>
              <w:t>Rubro</w:t>
            </w:r>
          </w:p>
        </w:tc>
        <w:tc>
          <w:tcPr>
            <w:tcW w:w="0" w:type="auto"/>
            <w:hideMark/>
          </w:tcPr>
          <w:p w14:paraId="7C5C4F1E" w14:textId="77777777" w:rsidR="00BC61D8" w:rsidRPr="001E7B0E" w:rsidRDefault="00BC61D8" w:rsidP="00741072">
            <w:pPr>
              <w:shd w:val="clear" w:color="auto" w:fill="FFFFFF" w:themeFill="background1"/>
              <w:jc w:val="both"/>
              <w:rPr>
                <w:rFonts w:eastAsia="Times New Roman" w:cs="Times New Roman"/>
                <w:b/>
                <w:bCs/>
                <w:sz w:val="20"/>
                <w:szCs w:val="20"/>
                <w:lang w:val="es-EC" w:eastAsia="es-EC"/>
              </w:rPr>
            </w:pPr>
            <w:r w:rsidRPr="001E7B0E">
              <w:rPr>
                <w:rFonts w:eastAsia="Times New Roman" w:cs="Times New Roman"/>
                <w:b/>
                <w:bCs/>
                <w:sz w:val="20"/>
                <w:szCs w:val="20"/>
                <w:lang w:val="es-EC" w:eastAsia="es-EC"/>
              </w:rPr>
              <w:t>Monto planificado</w:t>
            </w:r>
          </w:p>
        </w:tc>
        <w:tc>
          <w:tcPr>
            <w:tcW w:w="0" w:type="auto"/>
            <w:hideMark/>
          </w:tcPr>
          <w:p w14:paraId="7C5437CB" w14:textId="77777777" w:rsidR="00BC61D8" w:rsidRPr="001E7B0E" w:rsidRDefault="00BC61D8" w:rsidP="00741072">
            <w:pPr>
              <w:shd w:val="clear" w:color="auto" w:fill="FFFFFF" w:themeFill="background1"/>
              <w:jc w:val="both"/>
              <w:rPr>
                <w:rFonts w:eastAsia="Times New Roman" w:cs="Times New Roman"/>
                <w:b/>
                <w:bCs/>
                <w:sz w:val="20"/>
                <w:szCs w:val="20"/>
                <w:lang w:val="es-EC" w:eastAsia="es-EC"/>
              </w:rPr>
            </w:pPr>
            <w:r w:rsidRPr="001E7B0E">
              <w:rPr>
                <w:rFonts w:eastAsia="Times New Roman" w:cs="Times New Roman"/>
                <w:b/>
                <w:bCs/>
                <w:sz w:val="20"/>
                <w:szCs w:val="20"/>
                <w:lang w:val="es-EC" w:eastAsia="es-EC"/>
              </w:rPr>
              <w:t>Monto ejecutado</w:t>
            </w:r>
          </w:p>
        </w:tc>
        <w:tc>
          <w:tcPr>
            <w:tcW w:w="0" w:type="auto"/>
            <w:hideMark/>
          </w:tcPr>
          <w:p w14:paraId="45ED575D" w14:textId="77777777" w:rsidR="00BC61D8" w:rsidRPr="001E7B0E" w:rsidRDefault="00BC61D8" w:rsidP="00741072">
            <w:pPr>
              <w:shd w:val="clear" w:color="auto" w:fill="FFFFFF" w:themeFill="background1"/>
              <w:jc w:val="both"/>
              <w:rPr>
                <w:rFonts w:eastAsia="Times New Roman" w:cs="Times New Roman"/>
                <w:b/>
                <w:bCs/>
                <w:sz w:val="20"/>
                <w:szCs w:val="20"/>
                <w:lang w:val="es-EC" w:eastAsia="es-EC"/>
              </w:rPr>
            </w:pPr>
            <w:r w:rsidRPr="001E7B0E">
              <w:rPr>
                <w:rFonts w:eastAsia="Times New Roman" w:cs="Times New Roman"/>
                <w:b/>
                <w:bCs/>
                <w:sz w:val="20"/>
                <w:szCs w:val="20"/>
                <w:lang w:val="es-EC" w:eastAsia="es-EC"/>
              </w:rPr>
              <w:t>Fuente (POA / autogestión)</w:t>
            </w:r>
          </w:p>
        </w:tc>
        <w:tc>
          <w:tcPr>
            <w:tcW w:w="0" w:type="auto"/>
            <w:hideMark/>
          </w:tcPr>
          <w:p w14:paraId="3D3D64ED" w14:textId="77777777" w:rsidR="00BC61D8" w:rsidRPr="001E7B0E" w:rsidRDefault="00BC61D8" w:rsidP="00741072">
            <w:pPr>
              <w:shd w:val="clear" w:color="auto" w:fill="FFFFFF" w:themeFill="background1"/>
              <w:jc w:val="both"/>
              <w:rPr>
                <w:rFonts w:eastAsia="Times New Roman" w:cs="Times New Roman"/>
                <w:b/>
                <w:bCs/>
                <w:sz w:val="20"/>
                <w:szCs w:val="20"/>
                <w:lang w:val="es-EC" w:eastAsia="es-EC"/>
              </w:rPr>
            </w:pPr>
            <w:r w:rsidRPr="001E7B0E">
              <w:rPr>
                <w:rFonts w:eastAsia="Times New Roman" w:cs="Times New Roman"/>
                <w:b/>
                <w:bCs/>
                <w:sz w:val="20"/>
                <w:szCs w:val="20"/>
                <w:lang w:val="es-EC" w:eastAsia="es-EC"/>
              </w:rPr>
              <w:t>Observaciones</w:t>
            </w:r>
          </w:p>
        </w:tc>
      </w:tr>
      <w:tr w:rsidR="00BC61D8" w:rsidRPr="001E7B0E" w14:paraId="74E65997" w14:textId="77777777" w:rsidTr="00BC61D8">
        <w:tc>
          <w:tcPr>
            <w:tcW w:w="0" w:type="auto"/>
            <w:hideMark/>
          </w:tcPr>
          <w:p w14:paraId="2ACC5610" w14:textId="77777777" w:rsidR="00BC61D8" w:rsidRPr="001E7B0E" w:rsidRDefault="00BC61D8" w:rsidP="00741072">
            <w:pPr>
              <w:shd w:val="clear" w:color="auto" w:fill="FFFFFF" w:themeFill="background1"/>
              <w:jc w:val="both"/>
              <w:rPr>
                <w:rFonts w:eastAsia="Times New Roman" w:cs="Times New Roman"/>
                <w:sz w:val="20"/>
                <w:szCs w:val="20"/>
                <w:lang w:val="es-EC" w:eastAsia="es-EC"/>
              </w:rPr>
            </w:pPr>
            <w:r w:rsidRPr="001E7B0E">
              <w:rPr>
                <w:rFonts w:eastAsia="Times New Roman" w:cs="Times New Roman"/>
                <w:sz w:val="20"/>
                <w:szCs w:val="20"/>
                <w:lang w:val="es-EC" w:eastAsia="es-EC"/>
              </w:rPr>
              <w:t>Capacitaciones internas</w:t>
            </w:r>
          </w:p>
        </w:tc>
        <w:tc>
          <w:tcPr>
            <w:tcW w:w="0" w:type="auto"/>
            <w:hideMark/>
          </w:tcPr>
          <w:p w14:paraId="7C0E739C" w14:textId="77777777" w:rsidR="00BC61D8" w:rsidRPr="001E7B0E" w:rsidRDefault="00BC61D8" w:rsidP="00741072">
            <w:pPr>
              <w:shd w:val="clear" w:color="auto" w:fill="FFFFFF" w:themeFill="background1"/>
              <w:jc w:val="both"/>
              <w:rPr>
                <w:rFonts w:eastAsia="Times New Roman" w:cs="Times New Roman"/>
                <w:sz w:val="20"/>
                <w:szCs w:val="20"/>
                <w:lang w:val="es-EC" w:eastAsia="es-EC"/>
              </w:rPr>
            </w:pPr>
            <w:r w:rsidRPr="001E7B0E">
              <w:rPr>
                <w:rFonts w:eastAsia="Times New Roman" w:cs="Times New Roman"/>
                <w:sz w:val="20"/>
                <w:szCs w:val="20"/>
                <w:lang w:val="es-EC" w:eastAsia="es-EC"/>
              </w:rPr>
              <w:t>$1,000.00</w:t>
            </w:r>
          </w:p>
        </w:tc>
        <w:tc>
          <w:tcPr>
            <w:tcW w:w="0" w:type="auto"/>
            <w:hideMark/>
          </w:tcPr>
          <w:p w14:paraId="517612AB" w14:textId="77777777" w:rsidR="00BC61D8" w:rsidRPr="001E7B0E" w:rsidRDefault="00BC61D8" w:rsidP="00741072">
            <w:pPr>
              <w:shd w:val="clear" w:color="auto" w:fill="FFFFFF" w:themeFill="background1"/>
              <w:jc w:val="both"/>
              <w:rPr>
                <w:rFonts w:eastAsia="Times New Roman" w:cs="Times New Roman"/>
                <w:sz w:val="20"/>
                <w:szCs w:val="20"/>
                <w:lang w:val="es-EC" w:eastAsia="es-EC"/>
              </w:rPr>
            </w:pPr>
            <w:r w:rsidRPr="001E7B0E">
              <w:rPr>
                <w:rFonts w:eastAsia="Times New Roman" w:cs="Times New Roman"/>
                <w:sz w:val="20"/>
                <w:szCs w:val="20"/>
                <w:lang w:val="es-EC" w:eastAsia="es-EC"/>
              </w:rPr>
              <w:t>$950.00</w:t>
            </w:r>
          </w:p>
        </w:tc>
        <w:tc>
          <w:tcPr>
            <w:tcW w:w="0" w:type="auto"/>
            <w:hideMark/>
          </w:tcPr>
          <w:p w14:paraId="39B712A6" w14:textId="77777777" w:rsidR="00BC61D8" w:rsidRPr="001E7B0E" w:rsidRDefault="00BC61D8" w:rsidP="00741072">
            <w:pPr>
              <w:shd w:val="clear" w:color="auto" w:fill="FFFFFF" w:themeFill="background1"/>
              <w:jc w:val="both"/>
              <w:rPr>
                <w:rFonts w:eastAsia="Times New Roman" w:cs="Times New Roman"/>
                <w:sz w:val="20"/>
                <w:szCs w:val="20"/>
                <w:lang w:val="es-EC" w:eastAsia="es-EC"/>
              </w:rPr>
            </w:pPr>
            <w:r w:rsidRPr="001E7B0E">
              <w:rPr>
                <w:rFonts w:eastAsia="Times New Roman" w:cs="Times New Roman"/>
                <w:sz w:val="20"/>
                <w:szCs w:val="20"/>
                <w:lang w:val="es-EC" w:eastAsia="es-EC"/>
              </w:rPr>
              <w:t>POA</w:t>
            </w:r>
          </w:p>
        </w:tc>
        <w:tc>
          <w:tcPr>
            <w:tcW w:w="0" w:type="auto"/>
            <w:hideMark/>
          </w:tcPr>
          <w:p w14:paraId="3F532CB1" w14:textId="77777777" w:rsidR="00BC61D8" w:rsidRPr="001E7B0E" w:rsidRDefault="00BC61D8" w:rsidP="00741072">
            <w:pPr>
              <w:shd w:val="clear" w:color="auto" w:fill="FFFFFF" w:themeFill="background1"/>
              <w:jc w:val="both"/>
              <w:rPr>
                <w:rFonts w:eastAsia="Times New Roman" w:cs="Times New Roman"/>
                <w:sz w:val="20"/>
                <w:szCs w:val="20"/>
                <w:lang w:val="es-EC" w:eastAsia="es-EC"/>
              </w:rPr>
            </w:pPr>
            <w:r w:rsidRPr="001E7B0E">
              <w:rPr>
                <w:rFonts w:eastAsia="Times New Roman" w:cs="Times New Roman"/>
                <w:sz w:val="20"/>
                <w:szCs w:val="20"/>
                <w:lang w:val="es-EC" w:eastAsia="es-EC"/>
              </w:rPr>
              <w:t>Ejecutado al 95%</w:t>
            </w:r>
          </w:p>
        </w:tc>
      </w:tr>
      <w:tr w:rsidR="00BC61D8" w:rsidRPr="001E7B0E" w14:paraId="53AE964A" w14:textId="77777777" w:rsidTr="00BC61D8">
        <w:tc>
          <w:tcPr>
            <w:tcW w:w="0" w:type="auto"/>
            <w:hideMark/>
          </w:tcPr>
          <w:p w14:paraId="4407E726" w14:textId="77777777" w:rsidR="00BC61D8" w:rsidRPr="001E7B0E" w:rsidRDefault="00BC61D8" w:rsidP="00741072">
            <w:pPr>
              <w:shd w:val="clear" w:color="auto" w:fill="FFFFFF" w:themeFill="background1"/>
              <w:jc w:val="both"/>
              <w:rPr>
                <w:rFonts w:eastAsia="Times New Roman" w:cs="Times New Roman"/>
                <w:sz w:val="20"/>
                <w:szCs w:val="20"/>
                <w:lang w:val="es-EC" w:eastAsia="es-EC"/>
              </w:rPr>
            </w:pPr>
            <w:r w:rsidRPr="001E7B0E">
              <w:rPr>
                <w:rFonts w:eastAsia="Times New Roman" w:cs="Times New Roman"/>
                <w:sz w:val="20"/>
                <w:szCs w:val="20"/>
                <w:lang w:val="es-EC" w:eastAsia="es-EC"/>
              </w:rPr>
              <w:t>Capacitaciones externas</w:t>
            </w:r>
          </w:p>
        </w:tc>
        <w:tc>
          <w:tcPr>
            <w:tcW w:w="0" w:type="auto"/>
            <w:hideMark/>
          </w:tcPr>
          <w:p w14:paraId="7E3B68DA" w14:textId="77777777" w:rsidR="00BC61D8" w:rsidRPr="001E7B0E" w:rsidRDefault="00BC61D8" w:rsidP="00741072">
            <w:pPr>
              <w:shd w:val="clear" w:color="auto" w:fill="FFFFFF" w:themeFill="background1"/>
              <w:jc w:val="both"/>
              <w:rPr>
                <w:rFonts w:eastAsia="Times New Roman" w:cs="Times New Roman"/>
                <w:sz w:val="20"/>
                <w:szCs w:val="20"/>
                <w:lang w:val="es-EC" w:eastAsia="es-EC"/>
              </w:rPr>
            </w:pPr>
            <w:r w:rsidRPr="001E7B0E">
              <w:rPr>
                <w:rFonts w:eastAsia="Times New Roman" w:cs="Times New Roman"/>
                <w:sz w:val="20"/>
                <w:szCs w:val="20"/>
                <w:lang w:val="es-EC" w:eastAsia="es-EC"/>
              </w:rPr>
              <w:t>$2,000.00</w:t>
            </w:r>
          </w:p>
        </w:tc>
        <w:tc>
          <w:tcPr>
            <w:tcW w:w="0" w:type="auto"/>
            <w:hideMark/>
          </w:tcPr>
          <w:p w14:paraId="48328169" w14:textId="77777777" w:rsidR="00BC61D8" w:rsidRPr="001E7B0E" w:rsidRDefault="00BC61D8" w:rsidP="00741072">
            <w:pPr>
              <w:shd w:val="clear" w:color="auto" w:fill="FFFFFF" w:themeFill="background1"/>
              <w:jc w:val="both"/>
              <w:rPr>
                <w:rFonts w:eastAsia="Times New Roman" w:cs="Times New Roman"/>
                <w:sz w:val="20"/>
                <w:szCs w:val="20"/>
                <w:lang w:val="es-EC" w:eastAsia="es-EC"/>
              </w:rPr>
            </w:pPr>
            <w:r w:rsidRPr="001E7B0E">
              <w:rPr>
                <w:rFonts w:eastAsia="Times New Roman" w:cs="Times New Roman"/>
                <w:sz w:val="20"/>
                <w:szCs w:val="20"/>
                <w:lang w:val="es-EC" w:eastAsia="es-EC"/>
              </w:rPr>
              <w:t>$1,500.00</w:t>
            </w:r>
          </w:p>
        </w:tc>
        <w:tc>
          <w:tcPr>
            <w:tcW w:w="0" w:type="auto"/>
            <w:hideMark/>
          </w:tcPr>
          <w:p w14:paraId="549B69B1" w14:textId="77777777" w:rsidR="00BC61D8" w:rsidRPr="001E7B0E" w:rsidRDefault="00BC61D8" w:rsidP="00741072">
            <w:pPr>
              <w:shd w:val="clear" w:color="auto" w:fill="FFFFFF" w:themeFill="background1"/>
              <w:jc w:val="both"/>
              <w:rPr>
                <w:rFonts w:eastAsia="Times New Roman" w:cs="Times New Roman"/>
                <w:sz w:val="20"/>
                <w:szCs w:val="20"/>
                <w:lang w:val="es-EC" w:eastAsia="es-EC"/>
              </w:rPr>
            </w:pPr>
            <w:r w:rsidRPr="001E7B0E">
              <w:rPr>
                <w:rFonts w:eastAsia="Times New Roman" w:cs="Times New Roman"/>
                <w:sz w:val="20"/>
                <w:szCs w:val="20"/>
                <w:lang w:val="es-EC" w:eastAsia="es-EC"/>
              </w:rPr>
              <w:t>Autogestión</w:t>
            </w:r>
          </w:p>
        </w:tc>
        <w:tc>
          <w:tcPr>
            <w:tcW w:w="0" w:type="auto"/>
            <w:hideMark/>
          </w:tcPr>
          <w:p w14:paraId="69328F41" w14:textId="77777777" w:rsidR="00BC61D8" w:rsidRPr="001E7B0E" w:rsidRDefault="00BC61D8" w:rsidP="00741072">
            <w:pPr>
              <w:shd w:val="clear" w:color="auto" w:fill="FFFFFF" w:themeFill="background1"/>
              <w:jc w:val="both"/>
              <w:rPr>
                <w:rFonts w:eastAsia="Times New Roman" w:cs="Times New Roman"/>
                <w:sz w:val="20"/>
                <w:szCs w:val="20"/>
                <w:lang w:val="es-EC" w:eastAsia="es-EC"/>
              </w:rPr>
            </w:pPr>
            <w:r w:rsidRPr="001E7B0E">
              <w:rPr>
                <w:rFonts w:eastAsia="Times New Roman" w:cs="Times New Roman"/>
                <w:sz w:val="20"/>
                <w:szCs w:val="20"/>
                <w:lang w:val="es-EC" w:eastAsia="es-EC"/>
              </w:rPr>
              <w:t>Faltan reembolsos</w:t>
            </w:r>
          </w:p>
        </w:tc>
      </w:tr>
      <w:tr w:rsidR="005B27D0" w:rsidRPr="001E7B0E" w14:paraId="6FEBC8F9" w14:textId="77777777" w:rsidTr="00BC61D8">
        <w:tc>
          <w:tcPr>
            <w:tcW w:w="0" w:type="auto"/>
          </w:tcPr>
          <w:p w14:paraId="1EAE5794" w14:textId="51A5AD3B" w:rsidR="005B27D0" w:rsidRPr="001E7B0E" w:rsidRDefault="005B27D0" w:rsidP="00741072">
            <w:pPr>
              <w:shd w:val="clear" w:color="auto" w:fill="FFFFFF" w:themeFill="background1"/>
              <w:jc w:val="both"/>
              <w:rPr>
                <w:rFonts w:eastAsia="Times New Roman" w:cs="Times New Roman"/>
                <w:sz w:val="20"/>
                <w:szCs w:val="20"/>
                <w:lang w:val="es-EC" w:eastAsia="es-EC"/>
              </w:rPr>
            </w:pPr>
            <w:r w:rsidRPr="001E7B0E">
              <w:rPr>
                <w:rFonts w:eastAsia="Times New Roman" w:cs="Times New Roman"/>
                <w:sz w:val="20"/>
                <w:szCs w:val="20"/>
                <w:lang w:val="es-EC" w:eastAsia="es-EC"/>
              </w:rPr>
              <w:t>N…</w:t>
            </w:r>
          </w:p>
        </w:tc>
        <w:tc>
          <w:tcPr>
            <w:tcW w:w="0" w:type="auto"/>
          </w:tcPr>
          <w:p w14:paraId="216294BF" w14:textId="77777777" w:rsidR="005B27D0" w:rsidRPr="001E7B0E" w:rsidRDefault="005B27D0" w:rsidP="00741072">
            <w:pPr>
              <w:shd w:val="clear" w:color="auto" w:fill="FFFFFF" w:themeFill="background1"/>
              <w:jc w:val="both"/>
              <w:rPr>
                <w:rFonts w:eastAsia="Times New Roman" w:cs="Times New Roman"/>
                <w:sz w:val="20"/>
                <w:szCs w:val="20"/>
                <w:lang w:val="es-EC" w:eastAsia="es-EC"/>
              </w:rPr>
            </w:pPr>
          </w:p>
        </w:tc>
        <w:tc>
          <w:tcPr>
            <w:tcW w:w="0" w:type="auto"/>
          </w:tcPr>
          <w:p w14:paraId="5DF11DE7" w14:textId="77777777" w:rsidR="005B27D0" w:rsidRPr="001E7B0E" w:rsidRDefault="005B27D0" w:rsidP="00741072">
            <w:pPr>
              <w:shd w:val="clear" w:color="auto" w:fill="FFFFFF" w:themeFill="background1"/>
              <w:jc w:val="both"/>
              <w:rPr>
                <w:rFonts w:eastAsia="Times New Roman" w:cs="Times New Roman"/>
                <w:sz w:val="20"/>
                <w:szCs w:val="20"/>
                <w:lang w:val="es-EC" w:eastAsia="es-EC"/>
              </w:rPr>
            </w:pPr>
          </w:p>
        </w:tc>
        <w:tc>
          <w:tcPr>
            <w:tcW w:w="0" w:type="auto"/>
          </w:tcPr>
          <w:p w14:paraId="061521CE" w14:textId="77777777" w:rsidR="005B27D0" w:rsidRPr="001E7B0E" w:rsidRDefault="005B27D0" w:rsidP="00741072">
            <w:pPr>
              <w:shd w:val="clear" w:color="auto" w:fill="FFFFFF" w:themeFill="background1"/>
              <w:jc w:val="both"/>
              <w:rPr>
                <w:rFonts w:eastAsia="Times New Roman" w:cs="Times New Roman"/>
                <w:sz w:val="20"/>
                <w:szCs w:val="20"/>
                <w:lang w:val="es-EC" w:eastAsia="es-EC"/>
              </w:rPr>
            </w:pPr>
          </w:p>
        </w:tc>
        <w:tc>
          <w:tcPr>
            <w:tcW w:w="0" w:type="auto"/>
          </w:tcPr>
          <w:p w14:paraId="73BE8B1D" w14:textId="77777777" w:rsidR="005B27D0" w:rsidRPr="001E7B0E" w:rsidRDefault="005B27D0" w:rsidP="00741072">
            <w:pPr>
              <w:shd w:val="clear" w:color="auto" w:fill="FFFFFF" w:themeFill="background1"/>
              <w:jc w:val="both"/>
              <w:rPr>
                <w:rFonts w:eastAsia="Times New Roman" w:cs="Times New Roman"/>
                <w:sz w:val="20"/>
                <w:szCs w:val="20"/>
                <w:lang w:val="es-EC" w:eastAsia="es-EC"/>
              </w:rPr>
            </w:pPr>
          </w:p>
        </w:tc>
      </w:tr>
      <w:tr w:rsidR="005B27D0" w:rsidRPr="001E7B0E" w14:paraId="298A4D8C" w14:textId="77777777" w:rsidTr="00BC61D8">
        <w:tc>
          <w:tcPr>
            <w:tcW w:w="0" w:type="auto"/>
          </w:tcPr>
          <w:p w14:paraId="4ACB2875" w14:textId="77777777" w:rsidR="005B27D0" w:rsidRPr="001E7B0E" w:rsidRDefault="005B27D0" w:rsidP="00741072">
            <w:pPr>
              <w:shd w:val="clear" w:color="auto" w:fill="FFFFFF" w:themeFill="background1"/>
              <w:jc w:val="both"/>
              <w:rPr>
                <w:rFonts w:eastAsia="Times New Roman" w:cs="Times New Roman"/>
                <w:sz w:val="20"/>
                <w:szCs w:val="20"/>
                <w:lang w:val="es-EC" w:eastAsia="es-EC"/>
              </w:rPr>
            </w:pPr>
          </w:p>
        </w:tc>
        <w:tc>
          <w:tcPr>
            <w:tcW w:w="0" w:type="auto"/>
          </w:tcPr>
          <w:p w14:paraId="6EDBE445" w14:textId="77777777" w:rsidR="005B27D0" w:rsidRPr="001E7B0E" w:rsidRDefault="005B27D0" w:rsidP="00741072">
            <w:pPr>
              <w:shd w:val="clear" w:color="auto" w:fill="FFFFFF" w:themeFill="background1"/>
              <w:jc w:val="both"/>
              <w:rPr>
                <w:rFonts w:eastAsia="Times New Roman" w:cs="Times New Roman"/>
                <w:sz w:val="20"/>
                <w:szCs w:val="20"/>
                <w:lang w:val="es-EC" w:eastAsia="es-EC"/>
              </w:rPr>
            </w:pPr>
          </w:p>
        </w:tc>
        <w:tc>
          <w:tcPr>
            <w:tcW w:w="0" w:type="auto"/>
          </w:tcPr>
          <w:p w14:paraId="04D12E1F" w14:textId="77777777" w:rsidR="005B27D0" w:rsidRPr="001E7B0E" w:rsidRDefault="005B27D0" w:rsidP="00741072">
            <w:pPr>
              <w:shd w:val="clear" w:color="auto" w:fill="FFFFFF" w:themeFill="background1"/>
              <w:jc w:val="both"/>
              <w:rPr>
                <w:rFonts w:eastAsia="Times New Roman" w:cs="Times New Roman"/>
                <w:sz w:val="20"/>
                <w:szCs w:val="20"/>
                <w:lang w:val="es-EC" w:eastAsia="es-EC"/>
              </w:rPr>
            </w:pPr>
          </w:p>
        </w:tc>
        <w:tc>
          <w:tcPr>
            <w:tcW w:w="0" w:type="auto"/>
          </w:tcPr>
          <w:p w14:paraId="67E302E6" w14:textId="77777777" w:rsidR="005B27D0" w:rsidRPr="001E7B0E" w:rsidRDefault="005B27D0" w:rsidP="00741072">
            <w:pPr>
              <w:shd w:val="clear" w:color="auto" w:fill="FFFFFF" w:themeFill="background1"/>
              <w:jc w:val="both"/>
              <w:rPr>
                <w:rFonts w:eastAsia="Times New Roman" w:cs="Times New Roman"/>
                <w:sz w:val="20"/>
                <w:szCs w:val="20"/>
                <w:lang w:val="es-EC" w:eastAsia="es-EC"/>
              </w:rPr>
            </w:pPr>
          </w:p>
        </w:tc>
        <w:tc>
          <w:tcPr>
            <w:tcW w:w="0" w:type="auto"/>
          </w:tcPr>
          <w:p w14:paraId="0AF30EC5" w14:textId="77777777" w:rsidR="005B27D0" w:rsidRPr="001E7B0E" w:rsidRDefault="005B27D0" w:rsidP="00741072">
            <w:pPr>
              <w:shd w:val="clear" w:color="auto" w:fill="FFFFFF" w:themeFill="background1"/>
              <w:jc w:val="both"/>
              <w:rPr>
                <w:rFonts w:eastAsia="Times New Roman" w:cs="Times New Roman"/>
                <w:sz w:val="20"/>
                <w:szCs w:val="20"/>
                <w:lang w:val="es-EC" w:eastAsia="es-EC"/>
              </w:rPr>
            </w:pPr>
          </w:p>
        </w:tc>
      </w:tr>
    </w:tbl>
    <w:p w14:paraId="1D18AC79" w14:textId="54EC8570" w:rsidR="002F214F" w:rsidRPr="00741072" w:rsidRDefault="00000000" w:rsidP="00741072">
      <w:pPr>
        <w:pStyle w:val="Ttulo1"/>
        <w:numPr>
          <w:ilvl w:val="0"/>
          <w:numId w:val="12"/>
        </w:numPr>
        <w:shd w:val="clear" w:color="auto" w:fill="FFFFFF" w:themeFill="background1"/>
        <w:jc w:val="both"/>
        <w:rPr>
          <w:rFonts w:asciiTheme="minorHAnsi" w:hAnsiTheme="minorHAnsi"/>
          <w:lang w:val="es-EC"/>
        </w:rPr>
      </w:pPr>
      <w:r w:rsidRPr="00741072">
        <w:rPr>
          <w:rFonts w:asciiTheme="minorHAnsi" w:hAnsiTheme="minorHAnsi"/>
          <w:lang w:val="es-EC"/>
        </w:rPr>
        <w:t>Evaluación del Programa</w:t>
      </w:r>
      <w:r w:rsidR="0093707C" w:rsidRPr="00741072">
        <w:rPr>
          <w:rFonts w:asciiTheme="minorHAnsi" w:hAnsiTheme="minorHAnsi"/>
          <w:lang w:val="es-EC"/>
        </w:rPr>
        <w:t>.</w:t>
      </w:r>
    </w:p>
    <w:p w14:paraId="569D52EE" w14:textId="0C610B94" w:rsidR="002F214F" w:rsidRPr="00741072" w:rsidRDefault="00000000" w:rsidP="00741072">
      <w:pPr>
        <w:pStyle w:val="Prrafodelista"/>
        <w:numPr>
          <w:ilvl w:val="0"/>
          <w:numId w:val="13"/>
        </w:numPr>
        <w:shd w:val="clear" w:color="auto" w:fill="FFFFFF" w:themeFill="background1"/>
        <w:jc w:val="both"/>
        <w:rPr>
          <w:lang w:val="es-EC"/>
        </w:rPr>
      </w:pPr>
      <w:r w:rsidRPr="00741072">
        <w:rPr>
          <w:lang w:val="es-EC"/>
        </w:rPr>
        <w:t xml:space="preserve">Cumplimiento general del programa: </w:t>
      </w:r>
      <w:r w:rsidRPr="00CB3B3E">
        <w:rPr>
          <w:i/>
          <w:iCs/>
          <w:lang w:val="es-EC"/>
        </w:rPr>
        <w:t>85%</w:t>
      </w:r>
      <w:r w:rsidR="005B27D0" w:rsidRPr="00741072">
        <w:rPr>
          <w:lang w:val="es-EC"/>
        </w:rPr>
        <w:t>.</w:t>
      </w:r>
    </w:p>
    <w:p w14:paraId="6C835E68" w14:textId="4E26F4AE" w:rsidR="002F214F" w:rsidRPr="00741072" w:rsidRDefault="00000000" w:rsidP="00741072">
      <w:pPr>
        <w:pStyle w:val="Prrafodelista"/>
        <w:numPr>
          <w:ilvl w:val="0"/>
          <w:numId w:val="13"/>
        </w:numPr>
        <w:shd w:val="clear" w:color="auto" w:fill="FFFFFF" w:themeFill="background1"/>
        <w:jc w:val="both"/>
        <w:rPr>
          <w:lang w:val="es-EC"/>
        </w:rPr>
      </w:pPr>
      <w:r w:rsidRPr="00741072">
        <w:rPr>
          <w:lang w:val="es-EC"/>
        </w:rPr>
        <w:t xml:space="preserve">Fortalezas: </w:t>
      </w:r>
      <w:r w:rsidRPr="00CB3B3E">
        <w:rPr>
          <w:i/>
          <w:iCs/>
          <w:lang w:val="es-EC"/>
        </w:rPr>
        <w:t>Alta participación, pertinencia temática, coordinación interinstitucional</w:t>
      </w:r>
      <w:r w:rsidRPr="00741072">
        <w:rPr>
          <w:lang w:val="es-EC"/>
        </w:rPr>
        <w:t>.</w:t>
      </w:r>
    </w:p>
    <w:p w14:paraId="06C9B5D8" w14:textId="6A98EBB4" w:rsidR="002F214F" w:rsidRPr="00CB3B3E" w:rsidRDefault="00000000" w:rsidP="00741072">
      <w:pPr>
        <w:pStyle w:val="Prrafodelista"/>
        <w:numPr>
          <w:ilvl w:val="0"/>
          <w:numId w:val="13"/>
        </w:numPr>
        <w:shd w:val="clear" w:color="auto" w:fill="FFFFFF" w:themeFill="background1"/>
        <w:jc w:val="both"/>
        <w:rPr>
          <w:i/>
          <w:iCs/>
          <w:lang w:val="es-EC"/>
        </w:rPr>
      </w:pPr>
      <w:r w:rsidRPr="00741072">
        <w:rPr>
          <w:lang w:val="es-EC"/>
        </w:rPr>
        <w:t xml:space="preserve">Debilidades: </w:t>
      </w:r>
      <w:r w:rsidRPr="00CB3B3E">
        <w:rPr>
          <w:i/>
          <w:iCs/>
          <w:lang w:val="es-EC"/>
        </w:rPr>
        <w:t>Baja ejecución de presupuesto externo, limitaciones de conectividad en zona rural.</w:t>
      </w:r>
    </w:p>
    <w:p w14:paraId="0351CEE7" w14:textId="3765592A" w:rsidR="002F214F" w:rsidRDefault="00000000" w:rsidP="00741072">
      <w:pPr>
        <w:pStyle w:val="Prrafodelista"/>
        <w:numPr>
          <w:ilvl w:val="0"/>
          <w:numId w:val="13"/>
        </w:numPr>
        <w:shd w:val="clear" w:color="auto" w:fill="FFFFFF" w:themeFill="background1"/>
        <w:jc w:val="both"/>
        <w:rPr>
          <w:lang w:val="es-EC"/>
        </w:rPr>
      </w:pPr>
      <w:r w:rsidRPr="00741072">
        <w:rPr>
          <w:lang w:val="es-EC"/>
        </w:rPr>
        <w:t xml:space="preserve">Recomendaciones: </w:t>
      </w:r>
      <w:r w:rsidRPr="00CB3B3E">
        <w:rPr>
          <w:i/>
          <w:iCs/>
          <w:lang w:val="es-EC"/>
        </w:rPr>
        <w:t>Ampliar la oferta virtual asincrónica, priorizar docentes con necesidades de mejora</w:t>
      </w:r>
      <w:r w:rsidRPr="00741072">
        <w:rPr>
          <w:lang w:val="es-EC"/>
        </w:rPr>
        <w:t>.</w:t>
      </w:r>
    </w:p>
    <w:p w14:paraId="6FFD4162" w14:textId="77777777" w:rsidR="00CB3B3E" w:rsidRDefault="00CB3B3E" w:rsidP="00CB3B3E">
      <w:pPr>
        <w:pStyle w:val="Prrafodelista"/>
        <w:shd w:val="clear" w:color="auto" w:fill="FFFFFF" w:themeFill="background1"/>
        <w:ind w:left="360"/>
        <w:jc w:val="both"/>
        <w:rPr>
          <w:b/>
          <w:bCs/>
          <w:lang w:val="es-EC"/>
        </w:rPr>
      </w:pPr>
    </w:p>
    <w:p w14:paraId="461A78F9" w14:textId="2FFDCCC2" w:rsidR="00CB3B3E" w:rsidRPr="00CB3B3E" w:rsidRDefault="00545260" w:rsidP="00CB3B3E">
      <w:pPr>
        <w:pStyle w:val="Prrafodelista"/>
        <w:shd w:val="clear" w:color="auto" w:fill="FFFFFF" w:themeFill="background1"/>
        <w:ind w:left="360"/>
        <w:jc w:val="both"/>
        <w:rPr>
          <w:b/>
          <w:bCs/>
          <w:lang w:val="es-EC"/>
        </w:rPr>
      </w:pPr>
      <w:r>
        <w:rPr>
          <w:highlight w:val="yellow"/>
          <w:lang w:val="es-EC"/>
        </w:rPr>
        <w:t>(</w:t>
      </w:r>
      <w:r w:rsidR="00CB3B3E" w:rsidRPr="00545260">
        <w:rPr>
          <w:highlight w:val="yellow"/>
          <w:lang w:val="es-EC"/>
        </w:rPr>
        <w:t>Lo expuesto es un ejemplo, cada facultad debe de evaluar el programa de acorde a lo ejecutado</w:t>
      </w:r>
      <w:r w:rsidRPr="00545260">
        <w:rPr>
          <w:highlight w:val="yellow"/>
          <w:lang w:val="es-EC"/>
        </w:rPr>
        <w:t xml:space="preserve"> Eliminar esta nota antes de imprimir</w:t>
      </w:r>
      <w:r w:rsidR="009C361D">
        <w:rPr>
          <w:b/>
          <w:bCs/>
          <w:lang w:val="es-EC"/>
        </w:rPr>
        <w:t>.</w:t>
      </w:r>
    </w:p>
    <w:p w14:paraId="747B2691" w14:textId="065A01A3" w:rsidR="002F214F" w:rsidRPr="00741072" w:rsidRDefault="00000000" w:rsidP="00741072">
      <w:pPr>
        <w:pStyle w:val="Ttulo1"/>
        <w:numPr>
          <w:ilvl w:val="0"/>
          <w:numId w:val="12"/>
        </w:numPr>
        <w:shd w:val="clear" w:color="auto" w:fill="FFFFFF" w:themeFill="background1"/>
        <w:jc w:val="both"/>
        <w:rPr>
          <w:rFonts w:asciiTheme="minorHAnsi" w:hAnsiTheme="minorHAnsi"/>
          <w:lang w:val="es-EC"/>
        </w:rPr>
      </w:pPr>
      <w:r w:rsidRPr="00741072">
        <w:rPr>
          <w:rFonts w:asciiTheme="minorHAnsi" w:hAnsiTheme="minorHAnsi"/>
          <w:lang w:val="es-EC"/>
        </w:rPr>
        <w:t>Conclusiones</w:t>
      </w:r>
      <w:r w:rsidR="0093707C" w:rsidRPr="00741072">
        <w:rPr>
          <w:rFonts w:asciiTheme="minorHAnsi" w:hAnsiTheme="minorHAnsi"/>
          <w:lang w:val="es-EC"/>
        </w:rPr>
        <w:t>.</w:t>
      </w:r>
    </w:p>
    <w:p w14:paraId="338380CA" w14:textId="0AA3EA2B" w:rsidR="002F214F" w:rsidRPr="00741072" w:rsidRDefault="00000000" w:rsidP="00741072">
      <w:pPr>
        <w:shd w:val="clear" w:color="auto" w:fill="FFFFFF" w:themeFill="background1"/>
        <w:jc w:val="both"/>
        <w:rPr>
          <w:lang w:val="es-EC"/>
        </w:rPr>
      </w:pPr>
      <w:r w:rsidRPr="00741072">
        <w:rPr>
          <w:lang w:val="es-EC"/>
        </w:rPr>
        <w:t xml:space="preserve">El programa de perfeccionamiento docente ha contribuido significativamente al fortalecimiento del perfil académico del profesorado. Se destaca el compromiso de la Comisión Académica y la </w:t>
      </w:r>
      <w:proofErr w:type="gramStart"/>
      <w:r w:rsidRPr="00741072">
        <w:rPr>
          <w:lang w:val="es-EC"/>
        </w:rPr>
        <w:t>participación activa</w:t>
      </w:r>
      <w:proofErr w:type="gramEnd"/>
      <w:r w:rsidRPr="00741072">
        <w:rPr>
          <w:lang w:val="es-EC"/>
        </w:rPr>
        <w:t xml:space="preserve"> del cuerpo docente. Este informe servirá como insumo para la planificación del siguiente periodo.</w:t>
      </w:r>
    </w:p>
    <w:p w14:paraId="4D5B2E11" w14:textId="59C1C790" w:rsidR="00BC61D8" w:rsidRPr="0093707C" w:rsidRDefault="00BC61D8" w:rsidP="00D44AE8">
      <w:pPr>
        <w:jc w:val="both"/>
        <w:rPr>
          <w:lang w:val="es-EC"/>
        </w:rPr>
      </w:pPr>
      <w:r w:rsidRPr="00545260">
        <w:rPr>
          <w:highlight w:val="yellow"/>
          <w:lang w:val="es-EC"/>
        </w:rPr>
        <w:t xml:space="preserve">(las conclusiones </w:t>
      </w:r>
      <w:r w:rsidR="00A700C6" w:rsidRPr="00545260">
        <w:rPr>
          <w:highlight w:val="yellow"/>
          <w:lang w:val="es-EC"/>
        </w:rPr>
        <w:t>de acuerdo con</w:t>
      </w:r>
      <w:r w:rsidRPr="00545260">
        <w:rPr>
          <w:highlight w:val="yellow"/>
          <w:lang w:val="es-EC"/>
        </w:rPr>
        <w:t xml:space="preserve"> lo </w:t>
      </w:r>
      <w:r w:rsidR="00D44AE8" w:rsidRPr="00545260">
        <w:rPr>
          <w:highlight w:val="yellow"/>
          <w:lang w:val="es-EC"/>
        </w:rPr>
        <w:t>ejecutado por cada facultad</w:t>
      </w:r>
      <w:r w:rsidR="00545260">
        <w:rPr>
          <w:highlight w:val="yellow"/>
          <w:lang w:val="es-EC"/>
        </w:rPr>
        <w:t>. Eliminar esta nota antes de imprimir</w:t>
      </w:r>
      <w:r w:rsidRPr="00545260">
        <w:rPr>
          <w:highlight w:val="yellow"/>
          <w:lang w:val="es-EC"/>
        </w:rPr>
        <w:t>)</w:t>
      </w:r>
    </w:p>
    <w:p w14:paraId="56F09661" w14:textId="4BEAD854" w:rsidR="002F214F" w:rsidRPr="0093707C" w:rsidRDefault="00000000" w:rsidP="00D44AE8">
      <w:pPr>
        <w:jc w:val="both"/>
        <w:rPr>
          <w:lang w:val="es-EC"/>
        </w:rPr>
      </w:pPr>
      <w:r w:rsidRPr="0093707C">
        <w:rPr>
          <w:lang w:val="es-EC"/>
        </w:rPr>
        <w:br/>
        <w:t xml:space="preserve">Manta, </w:t>
      </w:r>
      <w:r w:rsidR="00AE6465" w:rsidRPr="0093707C">
        <w:rPr>
          <w:lang w:val="es-EC"/>
        </w:rPr>
        <w:t>XX</w:t>
      </w:r>
      <w:r w:rsidRPr="0093707C">
        <w:rPr>
          <w:lang w:val="es-EC"/>
        </w:rPr>
        <w:t xml:space="preserve"> de </w:t>
      </w:r>
      <w:r w:rsidR="00AE6465" w:rsidRPr="0093707C">
        <w:rPr>
          <w:lang w:val="es-EC"/>
        </w:rPr>
        <w:t>XXXXXXX</w:t>
      </w:r>
      <w:r w:rsidRPr="0093707C">
        <w:rPr>
          <w:lang w:val="es-EC"/>
        </w:rPr>
        <w:t xml:space="preserve"> de 202</w:t>
      </w:r>
      <w:r w:rsidR="00AE6465" w:rsidRPr="0093707C">
        <w:rPr>
          <w:lang w:val="es-EC"/>
        </w:rPr>
        <w:t>X.</w:t>
      </w:r>
    </w:p>
    <w:p w14:paraId="51BE09E4" w14:textId="77777777" w:rsidR="00172FB4" w:rsidRDefault="00172FB4" w:rsidP="00172FB4">
      <w:pPr>
        <w:spacing w:after="0"/>
        <w:rPr>
          <w:lang w:val="es-EC"/>
        </w:rPr>
      </w:pPr>
    </w:p>
    <w:p w14:paraId="7A535BC5" w14:textId="45CFD8D4" w:rsidR="00172FB4" w:rsidRDefault="00000000" w:rsidP="00172FB4">
      <w:pPr>
        <w:spacing w:after="0"/>
        <w:rPr>
          <w:rFonts w:ascii="Century Gothic" w:hAnsi="Century Gothic"/>
          <w:b/>
          <w:bCs/>
          <w:lang w:val="es-EC"/>
        </w:rPr>
      </w:pPr>
      <w:r w:rsidRPr="0093707C">
        <w:rPr>
          <w:lang w:val="es-EC"/>
        </w:rPr>
        <w:br/>
      </w:r>
    </w:p>
    <w:p w14:paraId="5E919944" w14:textId="1B9F3563" w:rsidR="00172FB4" w:rsidRPr="00172FB4" w:rsidRDefault="001E7B0E" w:rsidP="00172FB4">
      <w:pPr>
        <w:pStyle w:val="Sinespaciado"/>
        <w:rPr>
          <w:b/>
          <w:bCs/>
          <w:lang w:val="es-EC"/>
        </w:rPr>
      </w:pPr>
      <w:r w:rsidRPr="00172FB4">
        <w:rPr>
          <w:b/>
          <w:bCs/>
          <w:lang w:val="es-EC"/>
        </w:rPr>
        <w:t xml:space="preserve">Decano/a de Facultad </w:t>
      </w:r>
      <w:r w:rsidR="00172FB4" w:rsidRPr="00172FB4">
        <w:rPr>
          <w:b/>
          <w:bCs/>
          <w:lang w:val="es-EC"/>
        </w:rPr>
        <w:t xml:space="preserve">                        </w:t>
      </w:r>
      <w:r w:rsidR="00172FB4">
        <w:rPr>
          <w:b/>
          <w:bCs/>
          <w:lang w:val="es-EC"/>
        </w:rPr>
        <w:t xml:space="preserve">            </w:t>
      </w:r>
      <w:r w:rsidR="00172FB4" w:rsidRPr="00172FB4">
        <w:rPr>
          <w:b/>
          <w:bCs/>
          <w:lang w:val="es-EC"/>
        </w:rPr>
        <w:t xml:space="preserve">         Presidente/a de la Comisión Académica</w:t>
      </w:r>
      <w:r w:rsidR="00172FB4" w:rsidRPr="00172FB4">
        <w:rPr>
          <w:b/>
          <w:bCs/>
          <w:lang w:val="es-EC"/>
        </w:rPr>
        <w:br/>
        <w:t xml:space="preserve">Título, apellidos y nombres completos              Título, apellidos y nombres completos                      </w:t>
      </w:r>
    </w:p>
    <w:p w14:paraId="4DFCC0D9" w14:textId="12B1A949" w:rsidR="00172FB4" w:rsidRPr="00172FB4" w:rsidRDefault="00172FB4" w:rsidP="00172FB4">
      <w:pPr>
        <w:spacing w:after="0"/>
        <w:rPr>
          <w:lang w:val="es-EC"/>
        </w:rPr>
      </w:pPr>
      <w:r>
        <w:rPr>
          <w:lang w:val="es-EC"/>
        </w:rPr>
        <w:t xml:space="preserve">                 </w:t>
      </w:r>
    </w:p>
    <w:p w14:paraId="5E932722" w14:textId="77777777" w:rsidR="000F01A9" w:rsidRPr="0093707C" w:rsidRDefault="000F01A9" w:rsidP="000F01A9">
      <w:pPr>
        <w:pStyle w:val="Prrafodelista"/>
        <w:spacing w:after="160" w:line="259" w:lineRule="auto"/>
        <w:ind w:left="426"/>
        <w:jc w:val="both"/>
        <w:rPr>
          <w:rFonts w:ascii="Century Gothic" w:hAnsi="Century Gothic"/>
          <w:color w:val="BFBFBF" w:themeColor="background1" w:themeShade="BF"/>
          <w:lang w:val="es-EC"/>
        </w:rPr>
      </w:pPr>
    </w:p>
    <w:p w14:paraId="5515E070" w14:textId="77777777" w:rsidR="00172FB4" w:rsidRPr="00741072" w:rsidRDefault="00172FB4" w:rsidP="00172FB4">
      <w:pPr>
        <w:pStyle w:val="Ttulo1"/>
        <w:numPr>
          <w:ilvl w:val="0"/>
          <w:numId w:val="12"/>
        </w:numPr>
        <w:jc w:val="both"/>
        <w:rPr>
          <w:lang w:val="es-EC"/>
        </w:rPr>
      </w:pPr>
      <w:r w:rsidRPr="00741072">
        <w:rPr>
          <w:lang w:val="es-EC"/>
        </w:rPr>
        <w:t>Anexos:</w:t>
      </w:r>
    </w:p>
    <w:p w14:paraId="43500586" w14:textId="77777777" w:rsidR="00172FB4" w:rsidRPr="00741072" w:rsidRDefault="00172FB4" w:rsidP="00172FB4">
      <w:pPr>
        <w:pStyle w:val="Prrafodelista"/>
        <w:rPr>
          <w:rFonts w:ascii="Century Gothic" w:hAnsi="Century Gothic"/>
          <w:b/>
          <w:bCs/>
          <w:sz w:val="24"/>
          <w:szCs w:val="24"/>
          <w:lang w:val="es-EC"/>
        </w:rPr>
      </w:pPr>
    </w:p>
    <w:p w14:paraId="6FF0C18A" w14:textId="77777777" w:rsidR="00172FB4" w:rsidRPr="00741072" w:rsidRDefault="00172FB4" w:rsidP="00172FB4">
      <w:pPr>
        <w:pStyle w:val="Prrafodelista"/>
        <w:numPr>
          <w:ilvl w:val="0"/>
          <w:numId w:val="11"/>
        </w:numPr>
        <w:spacing w:after="160" w:line="259" w:lineRule="auto"/>
        <w:ind w:left="426" w:hanging="66"/>
        <w:jc w:val="both"/>
        <w:rPr>
          <w:rFonts w:ascii="Century Gothic" w:hAnsi="Century Gothic"/>
          <w:lang w:val="es-EC"/>
        </w:rPr>
      </w:pPr>
      <w:r w:rsidRPr="00741072">
        <w:rPr>
          <w:rFonts w:ascii="Century Gothic" w:hAnsi="Century Gothic"/>
          <w:lang w:val="es-EC"/>
        </w:rPr>
        <w:t>Convocatorias.</w:t>
      </w:r>
    </w:p>
    <w:p w14:paraId="023DBF80" w14:textId="77777777" w:rsidR="00172FB4" w:rsidRPr="00741072" w:rsidRDefault="00172FB4" w:rsidP="00172FB4">
      <w:pPr>
        <w:pStyle w:val="Prrafodelista"/>
        <w:numPr>
          <w:ilvl w:val="0"/>
          <w:numId w:val="11"/>
        </w:numPr>
        <w:spacing w:after="160" w:line="259" w:lineRule="auto"/>
        <w:ind w:left="426" w:hanging="66"/>
        <w:jc w:val="both"/>
        <w:rPr>
          <w:rFonts w:ascii="Century Gothic" w:hAnsi="Century Gothic"/>
          <w:lang w:val="es-EC"/>
        </w:rPr>
      </w:pPr>
      <w:r w:rsidRPr="00741072">
        <w:rPr>
          <w:rFonts w:ascii="Century Gothic" w:hAnsi="Century Gothic"/>
          <w:lang w:val="es-EC"/>
        </w:rPr>
        <w:t>Reporte de asistencias.</w:t>
      </w:r>
    </w:p>
    <w:p w14:paraId="15E8486D" w14:textId="77777777" w:rsidR="00172FB4" w:rsidRPr="00741072" w:rsidRDefault="00172FB4" w:rsidP="00172FB4">
      <w:pPr>
        <w:pStyle w:val="Prrafodelista"/>
        <w:numPr>
          <w:ilvl w:val="0"/>
          <w:numId w:val="11"/>
        </w:numPr>
        <w:spacing w:after="160" w:line="259" w:lineRule="auto"/>
        <w:ind w:left="426" w:hanging="66"/>
        <w:jc w:val="both"/>
        <w:rPr>
          <w:rFonts w:ascii="Century Gothic" w:hAnsi="Century Gothic"/>
          <w:lang w:val="es-EC"/>
        </w:rPr>
      </w:pPr>
      <w:r w:rsidRPr="00741072">
        <w:rPr>
          <w:rFonts w:ascii="Century Gothic" w:hAnsi="Century Gothic"/>
          <w:lang w:val="es-EC"/>
        </w:rPr>
        <w:t>N…</w:t>
      </w:r>
    </w:p>
    <w:p w14:paraId="0B2F368D" w14:textId="77777777" w:rsidR="00172FB4" w:rsidRDefault="00172FB4" w:rsidP="00172FB4">
      <w:pPr>
        <w:pStyle w:val="Prrafodelista"/>
        <w:numPr>
          <w:ilvl w:val="0"/>
          <w:numId w:val="11"/>
        </w:numPr>
        <w:spacing w:after="160" w:line="259" w:lineRule="auto"/>
        <w:ind w:left="426" w:hanging="66"/>
        <w:jc w:val="both"/>
        <w:rPr>
          <w:rFonts w:ascii="Century Gothic" w:hAnsi="Century Gothic"/>
          <w:lang w:val="es-EC"/>
        </w:rPr>
      </w:pPr>
      <w:r w:rsidRPr="00741072">
        <w:rPr>
          <w:rFonts w:ascii="Century Gothic" w:hAnsi="Century Gothic"/>
          <w:lang w:val="es-EC"/>
        </w:rPr>
        <w:t>N…</w:t>
      </w:r>
    </w:p>
    <w:p w14:paraId="16DDFD9D" w14:textId="77777777" w:rsidR="008C3FA9" w:rsidRDefault="008C3FA9" w:rsidP="00A700C6">
      <w:pPr>
        <w:rPr>
          <w:lang w:val="es-EC"/>
        </w:rPr>
      </w:pPr>
    </w:p>
    <w:p w14:paraId="097670FC" w14:textId="77777777" w:rsidR="003A6578" w:rsidRDefault="003A6578" w:rsidP="00A700C6">
      <w:pPr>
        <w:rPr>
          <w:lang w:val="es-EC"/>
        </w:rPr>
      </w:pPr>
    </w:p>
    <w:p w14:paraId="68AC837F" w14:textId="77777777" w:rsidR="003A6578" w:rsidRDefault="003A6578" w:rsidP="00A700C6">
      <w:pPr>
        <w:rPr>
          <w:lang w:val="es-EC"/>
        </w:rPr>
      </w:pPr>
    </w:p>
    <w:p w14:paraId="7D5C1DB3" w14:textId="77777777" w:rsidR="003A6578" w:rsidRDefault="003A6578" w:rsidP="00A700C6">
      <w:pPr>
        <w:rPr>
          <w:lang w:val="es-EC"/>
        </w:rPr>
      </w:pPr>
    </w:p>
    <w:p w14:paraId="74222F2D" w14:textId="77777777" w:rsidR="003A6578" w:rsidRDefault="003A6578" w:rsidP="00A700C6">
      <w:pPr>
        <w:rPr>
          <w:lang w:val="es-EC"/>
        </w:rPr>
      </w:pPr>
    </w:p>
    <w:p w14:paraId="5809AE36" w14:textId="77777777" w:rsidR="003A6578" w:rsidRDefault="003A6578" w:rsidP="00A700C6">
      <w:pPr>
        <w:rPr>
          <w:lang w:val="es-EC"/>
        </w:rPr>
      </w:pPr>
    </w:p>
    <w:p w14:paraId="289776C0" w14:textId="77777777" w:rsidR="003A6578" w:rsidRDefault="003A6578" w:rsidP="00A700C6">
      <w:pPr>
        <w:rPr>
          <w:lang w:val="es-EC"/>
        </w:rPr>
      </w:pPr>
    </w:p>
    <w:p w14:paraId="5E95E1AD" w14:textId="77777777" w:rsidR="003A6578" w:rsidRDefault="003A6578" w:rsidP="00A700C6">
      <w:pPr>
        <w:rPr>
          <w:lang w:val="es-EC"/>
        </w:rPr>
      </w:pPr>
    </w:p>
    <w:p w14:paraId="07513BBD" w14:textId="77777777" w:rsidR="003A6578" w:rsidRDefault="003A6578" w:rsidP="00A700C6">
      <w:pPr>
        <w:rPr>
          <w:lang w:val="es-EC"/>
        </w:rPr>
      </w:pPr>
    </w:p>
    <w:tbl>
      <w:tblPr>
        <w:tblStyle w:val="Tablaconcuadrcula"/>
        <w:tblpPr w:leftFromText="141" w:rightFromText="141" w:horzAnchor="margin" w:tblpX="273" w:tblpY="585"/>
        <w:tblW w:w="8359" w:type="dxa"/>
        <w:tblLook w:val="04A0" w:firstRow="1" w:lastRow="0" w:firstColumn="1" w:lastColumn="0" w:noHBand="0" w:noVBand="1"/>
      </w:tblPr>
      <w:tblGrid>
        <w:gridCol w:w="562"/>
        <w:gridCol w:w="3372"/>
        <w:gridCol w:w="2705"/>
        <w:gridCol w:w="1720"/>
      </w:tblGrid>
      <w:tr w:rsidR="003A6578" w14:paraId="73AC54DD" w14:textId="77777777" w:rsidTr="003A6578">
        <w:tc>
          <w:tcPr>
            <w:tcW w:w="562" w:type="dxa"/>
            <w:vAlign w:val="center"/>
          </w:tcPr>
          <w:p w14:paraId="57EF1A0D" w14:textId="77777777" w:rsidR="003A6578" w:rsidRPr="00DD0769" w:rsidRDefault="003A6578" w:rsidP="000A14CA">
            <w:pPr>
              <w:jc w:val="center"/>
              <w:rPr>
                <w:rFonts w:ascii="Cambria" w:hAnsi="Cambria"/>
                <w:b/>
                <w:bCs/>
              </w:rPr>
            </w:pPr>
            <w:r w:rsidRPr="00DD0769">
              <w:rPr>
                <w:rFonts w:ascii="Cambria" w:hAnsi="Cambria"/>
                <w:b/>
                <w:bCs/>
              </w:rPr>
              <w:t>N°</w:t>
            </w:r>
          </w:p>
        </w:tc>
        <w:tc>
          <w:tcPr>
            <w:tcW w:w="3372" w:type="dxa"/>
            <w:vAlign w:val="center"/>
          </w:tcPr>
          <w:p w14:paraId="0AC73952" w14:textId="77777777" w:rsidR="003A6578" w:rsidRDefault="003A6578" w:rsidP="000A14CA">
            <w:pPr>
              <w:jc w:val="center"/>
              <w:rPr>
                <w:rFonts w:ascii="Cambria" w:hAnsi="Cambria"/>
                <w:b/>
                <w:bCs/>
              </w:rPr>
            </w:pPr>
          </w:p>
          <w:p w14:paraId="17EEB50A" w14:textId="3D80C43E" w:rsidR="003A6578" w:rsidRDefault="00C37043" w:rsidP="000A14CA">
            <w:pPr>
              <w:jc w:val="center"/>
              <w:rPr>
                <w:rFonts w:ascii="Cambria" w:hAnsi="Cambria"/>
                <w:b/>
                <w:bCs/>
              </w:rPr>
            </w:pPr>
            <w:r>
              <w:rPr>
                <w:rFonts w:ascii="Cambria" w:hAnsi="Cambria"/>
                <w:b/>
                <w:bCs/>
              </w:rPr>
              <w:t>N</w:t>
            </w:r>
            <w:r w:rsidR="003A6578" w:rsidRPr="00DD0769">
              <w:rPr>
                <w:rFonts w:ascii="Cambria" w:hAnsi="Cambria"/>
                <w:b/>
                <w:bCs/>
              </w:rPr>
              <w:t>ombres Complet</w:t>
            </w:r>
            <w:r w:rsidR="003A6578">
              <w:rPr>
                <w:rFonts w:ascii="Cambria" w:hAnsi="Cambria"/>
                <w:b/>
                <w:bCs/>
              </w:rPr>
              <w:t>o</w:t>
            </w:r>
            <w:r w:rsidR="003A6578" w:rsidRPr="00DD0769">
              <w:rPr>
                <w:rFonts w:ascii="Cambria" w:hAnsi="Cambria"/>
                <w:b/>
                <w:bCs/>
              </w:rPr>
              <w:t>s</w:t>
            </w:r>
          </w:p>
          <w:p w14:paraId="3BA40797" w14:textId="77777777" w:rsidR="003A6578" w:rsidRPr="00DD0769" w:rsidRDefault="003A6578" w:rsidP="000A14CA">
            <w:pPr>
              <w:jc w:val="center"/>
              <w:rPr>
                <w:rFonts w:ascii="Cambria" w:hAnsi="Cambria"/>
                <w:b/>
                <w:bCs/>
              </w:rPr>
            </w:pPr>
          </w:p>
        </w:tc>
        <w:tc>
          <w:tcPr>
            <w:tcW w:w="2705" w:type="dxa"/>
            <w:vAlign w:val="center"/>
          </w:tcPr>
          <w:p w14:paraId="1EC40639" w14:textId="77777777" w:rsidR="003A6578" w:rsidRPr="00DD0769" w:rsidRDefault="003A6578" w:rsidP="000A14CA">
            <w:pPr>
              <w:jc w:val="center"/>
              <w:rPr>
                <w:rFonts w:ascii="Cambria" w:hAnsi="Cambria"/>
                <w:b/>
                <w:bCs/>
              </w:rPr>
            </w:pPr>
            <w:r w:rsidRPr="00DD0769">
              <w:rPr>
                <w:rFonts w:ascii="Cambria" w:hAnsi="Cambria"/>
                <w:b/>
                <w:bCs/>
              </w:rPr>
              <w:t>Números de Cédula</w:t>
            </w:r>
          </w:p>
        </w:tc>
        <w:tc>
          <w:tcPr>
            <w:tcW w:w="1720" w:type="dxa"/>
            <w:vAlign w:val="center"/>
          </w:tcPr>
          <w:p w14:paraId="612F6E6E" w14:textId="77777777" w:rsidR="003A6578" w:rsidRPr="00DD0769" w:rsidRDefault="003A6578" w:rsidP="000A14CA">
            <w:pPr>
              <w:jc w:val="center"/>
              <w:rPr>
                <w:rFonts w:ascii="Cambria" w:hAnsi="Cambria"/>
                <w:b/>
                <w:bCs/>
              </w:rPr>
            </w:pPr>
            <w:r w:rsidRPr="00DD0769">
              <w:rPr>
                <w:rFonts w:ascii="Cambria" w:hAnsi="Cambria"/>
                <w:b/>
                <w:bCs/>
              </w:rPr>
              <w:t>Carrera</w:t>
            </w:r>
          </w:p>
        </w:tc>
      </w:tr>
      <w:tr w:rsidR="003A6578" w14:paraId="49809DAC" w14:textId="77777777" w:rsidTr="003A6578">
        <w:tc>
          <w:tcPr>
            <w:tcW w:w="562" w:type="dxa"/>
          </w:tcPr>
          <w:p w14:paraId="3540997F" w14:textId="77777777" w:rsidR="003A6578" w:rsidRDefault="003A6578" w:rsidP="000A14CA"/>
        </w:tc>
        <w:tc>
          <w:tcPr>
            <w:tcW w:w="3372" w:type="dxa"/>
          </w:tcPr>
          <w:p w14:paraId="0A4D76AE" w14:textId="77777777" w:rsidR="003A6578" w:rsidRDefault="003A6578" w:rsidP="000A14CA"/>
        </w:tc>
        <w:tc>
          <w:tcPr>
            <w:tcW w:w="2705" w:type="dxa"/>
          </w:tcPr>
          <w:p w14:paraId="58CEA702" w14:textId="77777777" w:rsidR="003A6578" w:rsidRDefault="003A6578" w:rsidP="000A14CA"/>
        </w:tc>
        <w:tc>
          <w:tcPr>
            <w:tcW w:w="1720" w:type="dxa"/>
          </w:tcPr>
          <w:p w14:paraId="0AE9E19B" w14:textId="77777777" w:rsidR="003A6578" w:rsidRDefault="003A6578" w:rsidP="000A14CA"/>
        </w:tc>
      </w:tr>
      <w:tr w:rsidR="003A6578" w14:paraId="069BFBED" w14:textId="77777777" w:rsidTr="003A6578">
        <w:tc>
          <w:tcPr>
            <w:tcW w:w="562" w:type="dxa"/>
          </w:tcPr>
          <w:p w14:paraId="662DA952" w14:textId="77777777" w:rsidR="003A6578" w:rsidRDefault="003A6578" w:rsidP="000A14CA"/>
        </w:tc>
        <w:tc>
          <w:tcPr>
            <w:tcW w:w="3372" w:type="dxa"/>
          </w:tcPr>
          <w:p w14:paraId="00C5A6D4" w14:textId="77777777" w:rsidR="003A6578" w:rsidRDefault="003A6578" w:rsidP="000A14CA"/>
        </w:tc>
        <w:tc>
          <w:tcPr>
            <w:tcW w:w="2705" w:type="dxa"/>
          </w:tcPr>
          <w:p w14:paraId="399DC60B" w14:textId="77777777" w:rsidR="003A6578" w:rsidRDefault="003A6578" w:rsidP="000A14CA"/>
        </w:tc>
        <w:tc>
          <w:tcPr>
            <w:tcW w:w="1720" w:type="dxa"/>
          </w:tcPr>
          <w:p w14:paraId="74C36238" w14:textId="77777777" w:rsidR="003A6578" w:rsidRDefault="003A6578" w:rsidP="000A14CA"/>
        </w:tc>
      </w:tr>
      <w:tr w:rsidR="003A6578" w14:paraId="33E246E4" w14:textId="77777777" w:rsidTr="003A6578">
        <w:tc>
          <w:tcPr>
            <w:tcW w:w="562" w:type="dxa"/>
          </w:tcPr>
          <w:p w14:paraId="291C770F" w14:textId="77777777" w:rsidR="003A6578" w:rsidRDefault="003A6578" w:rsidP="000A14CA"/>
        </w:tc>
        <w:tc>
          <w:tcPr>
            <w:tcW w:w="3372" w:type="dxa"/>
          </w:tcPr>
          <w:p w14:paraId="44104A9F" w14:textId="77777777" w:rsidR="003A6578" w:rsidRDefault="003A6578" w:rsidP="000A14CA"/>
        </w:tc>
        <w:tc>
          <w:tcPr>
            <w:tcW w:w="2705" w:type="dxa"/>
          </w:tcPr>
          <w:p w14:paraId="400B9D3D" w14:textId="77777777" w:rsidR="003A6578" w:rsidRDefault="003A6578" w:rsidP="000A14CA"/>
        </w:tc>
        <w:tc>
          <w:tcPr>
            <w:tcW w:w="1720" w:type="dxa"/>
          </w:tcPr>
          <w:p w14:paraId="189C0115" w14:textId="77777777" w:rsidR="003A6578" w:rsidRDefault="003A6578" w:rsidP="000A14CA"/>
        </w:tc>
      </w:tr>
      <w:tr w:rsidR="003A6578" w14:paraId="00586B0C" w14:textId="77777777" w:rsidTr="003A6578">
        <w:tc>
          <w:tcPr>
            <w:tcW w:w="562" w:type="dxa"/>
          </w:tcPr>
          <w:p w14:paraId="0AC65E84" w14:textId="77777777" w:rsidR="003A6578" w:rsidRDefault="003A6578" w:rsidP="000A14CA"/>
        </w:tc>
        <w:tc>
          <w:tcPr>
            <w:tcW w:w="3372" w:type="dxa"/>
          </w:tcPr>
          <w:p w14:paraId="77249E94" w14:textId="77777777" w:rsidR="003A6578" w:rsidRDefault="003A6578" w:rsidP="000A14CA"/>
        </w:tc>
        <w:tc>
          <w:tcPr>
            <w:tcW w:w="2705" w:type="dxa"/>
          </w:tcPr>
          <w:p w14:paraId="52E48F8C" w14:textId="77777777" w:rsidR="003A6578" w:rsidRDefault="003A6578" w:rsidP="000A14CA"/>
        </w:tc>
        <w:tc>
          <w:tcPr>
            <w:tcW w:w="1720" w:type="dxa"/>
          </w:tcPr>
          <w:p w14:paraId="2563CA66" w14:textId="77777777" w:rsidR="003A6578" w:rsidRDefault="003A6578" w:rsidP="000A14CA"/>
        </w:tc>
      </w:tr>
      <w:tr w:rsidR="003A6578" w14:paraId="4C8F492A" w14:textId="77777777" w:rsidTr="003A6578">
        <w:tc>
          <w:tcPr>
            <w:tcW w:w="562" w:type="dxa"/>
          </w:tcPr>
          <w:p w14:paraId="5B0F637B" w14:textId="77777777" w:rsidR="003A6578" w:rsidRDefault="003A6578" w:rsidP="000A14CA"/>
        </w:tc>
        <w:tc>
          <w:tcPr>
            <w:tcW w:w="3372" w:type="dxa"/>
          </w:tcPr>
          <w:p w14:paraId="78684165" w14:textId="77777777" w:rsidR="003A6578" w:rsidRDefault="003A6578" w:rsidP="000A14CA"/>
        </w:tc>
        <w:tc>
          <w:tcPr>
            <w:tcW w:w="2705" w:type="dxa"/>
          </w:tcPr>
          <w:p w14:paraId="52A1B481" w14:textId="77777777" w:rsidR="003A6578" w:rsidRDefault="003A6578" w:rsidP="000A14CA"/>
        </w:tc>
        <w:tc>
          <w:tcPr>
            <w:tcW w:w="1720" w:type="dxa"/>
          </w:tcPr>
          <w:p w14:paraId="20969999" w14:textId="77777777" w:rsidR="003A6578" w:rsidRDefault="003A6578" w:rsidP="000A14CA"/>
        </w:tc>
      </w:tr>
      <w:tr w:rsidR="003A6578" w14:paraId="14B2AA09" w14:textId="77777777" w:rsidTr="003A6578">
        <w:tc>
          <w:tcPr>
            <w:tcW w:w="562" w:type="dxa"/>
          </w:tcPr>
          <w:p w14:paraId="2FF6AE25" w14:textId="77777777" w:rsidR="003A6578" w:rsidRDefault="003A6578" w:rsidP="000A14CA"/>
        </w:tc>
        <w:tc>
          <w:tcPr>
            <w:tcW w:w="3372" w:type="dxa"/>
          </w:tcPr>
          <w:p w14:paraId="25838BC6" w14:textId="77777777" w:rsidR="003A6578" w:rsidRDefault="003A6578" w:rsidP="000A14CA"/>
        </w:tc>
        <w:tc>
          <w:tcPr>
            <w:tcW w:w="2705" w:type="dxa"/>
          </w:tcPr>
          <w:p w14:paraId="4295E599" w14:textId="77777777" w:rsidR="003A6578" w:rsidRDefault="003A6578" w:rsidP="000A14CA"/>
        </w:tc>
        <w:tc>
          <w:tcPr>
            <w:tcW w:w="1720" w:type="dxa"/>
          </w:tcPr>
          <w:p w14:paraId="0B96010B" w14:textId="77777777" w:rsidR="003A6578" w:rsidRDefault="003A6578" w:rsidP="000A14CA"/>
        </w:tc>
      </w:tr>
      <w:tr w:rsidR="003A6578" w14:paraId="11BE5C8F" w14:textId="77777777" w:rsidTr="003A6578">
        <w:tc>
          <w:tcPr>
            <w:tcW w:w="562" w:type="dxa"/>
          </w:tcPr>
          <w:p w14:paraId="2531E719" w14:textId="77777777" w:rsidR="003A6578" w:rsidRDefault="003A6578" w:rsidP="000A14CA"/>
        </w:tc>
        <w:tc>
          <w:tcPr>
            <w:tcW w:w="3372" w:type="dxa"/>
          </w:tcPr>
          <w:p w14:paraId="067B7D08" w14:textId="77777777" w:rsidR="003A6578" w:rsidRDefault="003A6578" w:rsidP="000A14CA"/>
        </w:tc>
        <w:tc>
          <w:tcPr>
            <w:tcW w:w="2705" w:type="dxa"/>
          </w:tcPr>
          <w:p w14:paraId="4A78524E" w14:textId="77777777" w:rsidR="003A6578" w:rsidRDefault="003A6578" w:rsidP="000A14CA"/>
        </w:tc>
        <w:tc>
          <w:tcPr>
            <w:tcW w:w="1720" w:type="dxa"/>
          </w:tcPr>
          <w:p w14:paraId="04FA4F3C" w14:textId="77777777" w:rsidR="003A6578" w:rsidRDefault="003A6578" w:rsidP="000A14CA"/>
        </w:tc>
      </w:tr>
      <w:tr w:rsidR="003A6578" w14:paraId="68B14672" w14:textId="77777777" w:rsidTr="003A6578">
        <w:tc>
          <w:tcPr>
            <w:tcW w:w="562" w:type="dxa"/>
          </w:tcPr>
          <w:p w14:paraId="4EF1906C" w14:textId="77777777" w:rsidR="003A6578" w:rsidRDefault="003A6578" w:rsidP="000A14CA"/>
        </w:tc>
        <w:tc>
          <w:tcPr>
            <w:tcW w:w="3372" w:type="dxa"/>
          </w:tcPr>
          <w:p w14:paraId="243E5B19" w14:textId="77777777" w:rsidR="003A6578" w:rsidRDefault="003A6578" w:rsidP="000A14CA"/>
        </w:tc>
        <w:tc>
          <w:tcPr>
            <w:tcW w:w="2705" w:type="dxa"/>
          </w:tcPr>
          <w:p w14:paraId="07399C16" w14:textId="77777777" w:rsidR="003A6578" w:rsidRDefault="003A6578" w:rsidP="000A14CA"/>
        </w:tc>
        <w:tc>
          <w:tcPr>
            <w:tcW w:w="1720" w:type="dxa"/>
          </w:tcPr>
          <w:p w14:paraId="4825AED7" w14:textId="77777777" w:rsidR="003A6578" w:rsidRDefault="003A6578" w:rsidP="000A14CA"/>
        </w:tc>
      </w:tr>
      <w:tr w:rsidR="003A6578" w14:paraId="191677CF" w14:textId="77777777" w:rsidTr="003A6578">
        <w:tc>
          <w:tcPr>
            <w:tcW w:w="562" w:type="dxa"/>
          </w:tcPr>
          <w:p w14:paraId="73E8632B" w14:textId="77777777" w:rsidR="003A6578" w:rsidRDefault="003A6578" w:rsidP="000A14CA"/>
        </w:tc>
        <w:tc>
          <w:tcPr>
            <w:tcW w:w="3372" w:type="dxa"/>
          </w:tcPr>
          <w:p w14:paraId="35316E12" w14:textId="77777777" w:rsidR="003A6578" w:rsidRDefault="003A6578" w:rsidP="000A14CA"/>
        </w:tc>
        <w:tc>
          <w:tcPr>
            <w:tcW w:w="2705" w:type="dxa"/>
          </w:tcPr>
          <w:p w14:paraId="44586F59" w14:textId="77777777" w:rsidR="003A6578" w:rsidRDefault="003A6578" w:rsidP="000A14CA"/>
        </w:tc>
        <w:tc>
          <w:tcPr>
            <w:tcW w:w="1720" w:type="dxa"/>
          </w:tcPr>
          <w:p w14:paraId="0FB475C3" w14:textId="77777777" w:rsidR="003A6578" w:rsidRDefault="003A6578" w:rsidP="000A14CA"/>
        </w:tc>
      </w:tr>
      <w:tr w:rsidR="003A6578" w14:paraId="05613BE6" w14:textId="77777777" w:rsidTr="003A6578">
        <w:tc>
          <w:tcPr>
            <w:tcW w:w="562" w:type="dxa"/>
          </w:tcPr>
          <w:p w14:paraId="0DFEFBFF" w14:textId="77777777" w:rsidR="003A6578" w:rsidRDefault="003A6578" w:rsidP="000A14CA"/>
        </w:tc>
        <w:tc>
          <w:tcPr>
            <w:tcW w:w="3372" w:type="dxa"/>
          </w:tcPr>
          <w:p w14:paraId="0A16172B" w14:textId="77777777" w:rsidR="003A6578" w:rsidRDefault="003A6578" w:rsidP="000A14CA"/>
        </w:tc>
        <w:tc>
          <w:tcPr>
            <w:tcW w:w="2705" w:type="dxa"/>
          </w:tcPr>
          <w:p w14:paraId="0C838293" w14:textId="77777777" w:rsidR="003A6578" w:rsidRDefault="003A6578" w:rsidP="000A14CA"/>
        </w:tc>
        <w:tc>
          <w:tcPr>
            <w:tcW w:w="1720" w:type="dxa"/>
          </w:tcPr>
          <w:p w14:paraId="2C34EC7D" w14:textId="77777777" w:rsidR="003A6578" w:rsidRDefault="003A6578" w:rsidP="000A14CA"/>
        </w:tc>
      </w:tr>
      <w:tr w:rsidR="003A6578" w14:paraId="2FC6C7EC" w14:textId="77777777" w:rsidTr="003A6578">
        <w:tc>
          <w:tcPr>
            <w:tcW w:w="562" w:type="dxa"/>
          </w:tcPr>
          <w:p w14:paraId="7E439AC7" w14:textId="77777777" w:rsidR="003A6578" w:rsidRDefault="003A6578" w:rsidP="000A14CA"/>
        </w:tc>
        <w:tc>
          <w:tcPr>
            <w:tcW w:w="3372" w:type="dxa"/>
          </w:tcPr>
          <w:p w14:paraId="0295B54A" w14:textId="77777777" w:rsidR="003A6578" w:rsidRDefault="003A6578" w:rsidP="000A14CA"/>
        </w:tc>
        <w:tc>
          <w:tcPr>
            <w:tcW w:w="2705" w:type="dxa"/>
          </w:tcPr>
          <w:p w14:paraId="44588810" w14:textId="77777777" w:rsidR="003A6578" w:rsidRDefault="003A6578" w:rsidP="000A14CA"/>
        </w:tc>
        <w:tc>
          <w:tcPr>
            <w:tcW w:w="1720" w:type="dxa"/>
          </w:tcPr>
          <w:p w14:paraId="13689FCA" w14:textId="77777777" w:rsidR="003A6578" w:rsidRDefault="003A6578" w:rsidP="000A14CA"/>
        </w:tc>
      </w:tr>
      <w:tr w:rsidR="003A6578" w14:paraId="7AB25764" w14:textId="77777777" w:rsidTr="003A6578">
        <w:tc>
          <w:tcPr>
            <w:tcW w:w="562" w:type="dxa"/>
          </w:tcPr>
          <w:p w14:paraId="77F083C5" w14:textId="77777777" w:rsidR="003A6578" w:rsidRDefault="003A6578" w:rsidP="000A14CA"/>
        </w:tc>
        <w:tc>
          <w:tcPr>
            <w:tcW w:w="3372" w:type="dxa"/>
          </w:tcPr>
          <w:p w14:paraId="60FC1101" w14:textId="77777777" w:rsidR="003A6578" w:rsidRDefault="003A6578" w:rsidP="000A14CA"/>
        </w:tc>
        <w:tc>
          <w:tcPr>
            <w:tcW w:w="2705" w:type="dxa"/>
          </w:tcPr>
          <w:p w14:paraId="412537B1" w14:textId="77777777" w:rsidR="003A6578" w:rsidRDefault="003A6578" w:rsidP="000A14CA"/>
        </w:tc>
        <w:tc>
          <w:tcPr>
            <w:tcW w:w="1720" w:type="dxa"/>
          </w:tcPr>
          <w:p w14:paraId="4BD66375" w14:textId="77777777" w:rsidR="003A6578" w:rsidRDefault="003A6578" w:rsidP="000A14CA"/>
        </w:tc>
      </w:tr>
      <w:tr w:rsidR="003A6578" w14:paraId="25827FFC" w14:textId="77777777" w:rsidTr="003A6578">
        <w:tc>
          <w:tcPr>
            <w:tcW w:w="562" w:type="dxa"/>
          </w:tcPr>
          <w:p w14:paraId="26CF9A01" w14:textId="77777777" w:rsidR="003A6578" w:rsidRDefault="003A6578" w:rsidP="000A14CA"/>
        </w:tc>
        <w:tc>
          <w:tcPr>
            <w:tcW w:w="3372" w:type="dxa"/>
          </w:tcPr>
          <w:p w14:paraId="0553E9D0" w14:textId="77777777" w:rsidR="003A6578" w:rsidRDefault="003A6578" w:rsidP="000A14CA"/>
        </w:tc>
        <w:tc>
          <w:tcPr>
            <w:tcW w:w="2705" w:type="dxa"/>
          </w:tcPr>
          <w:p w14:paraId="7F3D950B" w14:textId="77777777" w:rsidR="003A6578" w:rsidRDefault="003A6578" w:rsidP="000A14CA"/>
        </w:tc>
        <w:tc>
          <w:tcPr>
            <w:tcW w:w="1720" w:type="dxa"/>
          </w:tcPr>
          <w:p w14:paraId="788BC7F2" w14:textId="77777777" w:rsidR="003A6578" w:rsidRDefault="003A6578" w:rsidP="000A14CA"/>
        </w:tc>
      </w:tr>
      <w:tr w:rsidR="003A6578" w14:paraId="42A8880C" w14:textId="77777777" w:rsidTr="003A6578">
        <w:tc>
          <w:tcPr>
            <w:tcW w:w="562" w:type="dxa"/>
          </w:tcPr>
          <w:p w14:paraId="1A749DC6" w14:textId="77777777" w:rsidR="003A6578" w:rsidRDefault="003A6578" w:rsidP="000A14CA"/>
        </w:tc>
        <w:tc>
          <w:tcPr>
            <w:tcW w:w="3372" w:type="dxa"/>
          </w:tcPr>
          <w:p w14:paraId="06D56364" w14:textId="77777777" w:rsidR="003A6578" w:rsidRDefault="003A6578" w:rsidP="000A14CA"/>
        </w:tc>
        <w:tc>
          <w:tcPr>
            <w:tcW w:w="2705" w:type="dxa"/>
          </w:tcPr>
          <w:p w14:paraId="4352981E" w14:textId="77777777" w:rsidR="003A6578" w:rsidRDefault="003A6578" w:rsidP="000A14CA"/>
        </w:tc>
        <w:tc>
          <w:tcPr>
            <w:tcW w:w="1720" w:type="dxa"/>
          </w:tcPr>
          <w:p w14:paraId="52A297DB" w14:textId="77777777" w:rsidR="003A6578" w:rsidRDefault="003A6578" w:rsidP="000A14CA"/>
        </w:tc>
      </w:tr>
      <w:tr w:rsidR="003A6578" w14:paraId="4E310960" w14:textId="77777777" w:rsidTr="003A6578">
        <w:tc>
          <w:tcPr>
            <w:tcW w:w="562" w:type="dxa"/>
          </w:tcPr>
          <w:p w14:paraId="567805E1" w14:textId="77777777" w:rsidR="003A6578" w:rsidRDefault="003A6578" w:rsidP="000A14CA"/>
        </w:tc>
        <w:tc>
          <w:tcPr>
            <w:tcW w:w="3372" w:type="dxa"/>
          </w:tcPr>
          <w:p w14:paraId="55867A8E" w14:textId="77777777" w:rsidR="003A6578" w:rsidRDefault="003A6578" w:rsidP="000A14CA"/>
        </w:tc>
        <w:tc>
          <w:tcPr>
            <w:tcW w:w="2705" w:type="dxa"/>
          </w:tcPr>
          <w:p w14:paraId="2318700E" w14:textId="77777777" w:rsidR="003A6578" w:rsidRDefault="003A6578" w:rsidP="000A14CA"/>
        </w:tc>
        <w:tc>
          <w:tcPr>
            <w:tcW w:w="1720" w:type="dxa"/>
          </w:tcPr>
          <w:p w14:paraId="7B8F9416" w14:textId="77777777" w:rsidR="003A6578" w:rsidRDefault="003A6578" w:rsidP="000A14CA"/>
        </w:tc>
      </w:tr>
      <w:tr w:rsidR="003A6578" w14:paraId="404EE2CF" w14:textId="77777777" w:rsidTr="003A6578">
        <w:tc>
          <w:tcPr>
            <w:tcW w:w="562" w:type="dxa"/>
          </w:tcPr>
          <w:p w14:paraId="4A418B9B" w14:textId="77777777" w:rsidR="003A6578" w:rsidRDefault="003A6578" w:rsidP="000A14CA"/>
        </w:tc>
        <w:tc>
          <w:tcPr>
            <w:tcW w:w="3372" w:type="dxa"/>
          </w:tcPr>
          <w:p w14:paraId="4F958A15" w14:textId="77777777" w:rsidR="003A6578" w:rsidRDefault="003A6578" w:rsidP="000A14CA"/>
        </w:tc>
        <w:tc>
          <w:tcPr>
            <w:tcW w:w="2705" w:type="dxa"/>
          </w:tcPr>
          <w:p w14:paraId="36DF1A20" w14:textId="77777777" w:rsidR="003A6578" w:rsidRDefault="003A6578" w:rsidP="000A14CA"/>
        </w:tc>
        <w:tc>
          <w:tcPr>
            <w:tcW w:w="1720" w:type="dxa"/>
          </w:tcPr>
          <w:p w14:paraId="27FA16F1" w14:textId="77777777" w:rsidR="003A6578" w:rsidRDefault="003A6578" w:rsidP="000A14CA"/>
        </w:tc>
      </w:tr>
      <w:tr w:rsidR="003A6578" w14:paraId="6D91C1C8" w14:textId="77777777" w:rsidTr="003A6578">
        <w:tc>
          <w:tcPr>
            <w:tcW w:w="562" w:type="dxa"/>
          </w:tcPr>
          <w:p w14:paraId="2D5FEF13" w14:textId="77777777" w:rsidR="003A6578" w:rsidRDefault="003A6578" w:rsidP="000A14CA"/>
        </w:tc>
        <w:tc>
          <w:tcPr>
            <w:tcW w:w="3372" w:type="dxa"/>
          </w:tcPr>
          <w:p w14:paraId="54637781" w14:textId="77777777" w:rsidR="003A6578" w:rsidRDefault="003A6578" w:rsidP="000A14CA"/>
        </w:tc>
        <w:tc>
          <w:tcPr>
            <w:tcW w:w="2705" w:type="dxa"/>
          </w:tcPr>
          <w:p w14:paraId="06EC7445" w14:textId="77777777" w:rsidR="003A6578" w:rsidRDefault="003A6578" w:rsidP="000A14CA"/>
        </w:tc>
        <w:tc>
          <w:tcPr>
            <w:tcW w:w="1720" w:type="dxa"/>
          </w:tcPr>
          <w:p w14:paraId="38353DD4" w14:textId="77777777" w:rsidR="003A6578" w:rsidRDefault="003A6578" w:rsidP="000A14CA"/>
        </w:tc>
      </w:tr>
      <w:tr w:rsidR="003A6578" w14:paraId="68E1F388" w14:textId="77777777" w:rsidTr="003A6578">
        <w:tc>
          <w:tcPr>
            <w:tcW w:w="562" w:type="dxa"/>
          </w:tcPr>
          <w:p w14:paraId="0BC418B6" w14:textId="77777777" w:rsidR="003A6578" w:rsidRDefault="003A6578" w:rsidP="000A14CA"/>
        </w:tc>
        <w:tc>
          <w:tcPr>
            <w:tcW w:w="3372" w:type="dxa"/>
          </w:tcPr>
          <w:p w14:paraId="7CF4A5C0" w14:textId="77777777" w:rsidR="003A6578" w:rsidRDefault="003A6578" w:rsidP="000A14CA"/>
        </w:tc>
        <w:tc>
          <w:tcPr>
            <w:tcW w:w="2705" w:type="dxa"/>
          </w:tcPr>
          <w:p w14:paraId="5087BA53" w14:textId="77777777" w:rsidR="003A6578" w:rsidRDefault="003A6578" w:rsidP="000A14CA"/>
        </w:tc>
        <w:tc>
          <w:tcPr>
            <w:tcW w:w="1720" w:type="dxa"/>
          </w:tcPr>
          <w:p w14:paraId="0203DA7F" w14:textId="77777777" w:rsidR="003A6578" w:rsidRDefault="003A6578" w:rsidP="000A14CA"/>
        </w:tc>
      </w:tr>
      <w:tr w:rsidR="003A6578" w14:paraId="0ACD0F37" w14:textId="77777777" w:rsidTr="003A6578">
        <w:tc>
          <w:tcPr>
            <w:tcW w:w="562" w:type="dxa"/>
          </w:tcPr>
          <w:p w14:paraId="3F48877E" w14:textId="77777777" w:rsidR="003A6578" w:rsidRDefault="003A6578" w:rsidP="000A14CA"/>
        </w:tc>
        <w:tc>
          <w:tcPr>
            <w:tcW w:w="3372" w:type="dxa"/>
          </w:tcPr>
          <w:p w14:paraId="5C82CA82" w14:textId="77777777" w:rsidR="003A6578" w:rsidRDefault="003A6578" w:rsidP="000A14CA"/>
        </w:tc>
        <w:tc>
          <w:tcPr>
            <w:tcW w:w="2705" w:type="dxa"/>
          </w:tcPr>
          <w:p w14:paraId="209FBFFC" w14:textId="77777777" w:rsidR="003A6578" w:rsidRDefault="003A6578" w:rsidP="000A14CA"/>
        </w:tc>
        <w:tc>
          <w:tcPr>
            <w:tcW w:w="1720" w:type="dxa"/>
          </w:tcPr>
          <w:p w14:paraId="2B94E976" w14:textId="77777777" w:rsidR="003A6578" w:rsidRDefault="003A6578" w:rsidP="000A14CA"/>
        </w:tc>
      </w:tr>
      <w:tr w:rsidR="003A6578" w14:paraId="52DEA66E" w14:textId="77777777" w:rsidTr="003A6578">
        <w:tc>
          <w:tcPr>
            <w:tcW w:w="562" w:type="dxa"/>
          </w:tcPr>
          <w:p w14:paraId="77CD5F0F" w14:textId="77777777" w:rsidR="003A6578" w:rsidRDefault="003A6578" w:rsidP="000A14CA"/>
        </w:tc>
        <w:tc>
          <w:tcPr>
            <w:tcW w:w="3372" w:type="dxa"/>
          </w:tcPr>
          <w:p w14:paraId="1CC4B77D" w14:textId="77777777" w:rsidR="003A6578" w:rsidRDefault="003A6578" w:rsidP="000A14CA"/>
        </w:tc>
        <w:tc>
          <w:tcPr>
            <w:tcW w:w="2705" w:type="dxa"/>
          </w:tcPr>
          <w:p w14:paraId="41C005C2" w14:textId="77777777" w:rsidR="003A6578" w:rsidRDefault="003A6578" w:rsidP="000A14CA"/>
        </w:tc>
        <w:tc>
          <w:tcPr>
            <w:tcW w:w="1720" w:type="dxa"/>
          </w:tcPr>
          <w:p w14:paraId="7EA9CB06" w14:textId="77777777" w:rsidR="003A6578" w:rsidRDefault="003A6578" w:rsidP="000A14CA"/>
        </w:tc>
      </w:tr>
      <w:tr w:rsidR="003A6578" w14:paraId="5DC388CA" w14:textId="77777777" w:rsidTr="003A6578">
        <w:tc>
          <w:tcPr>
            <w:tcW w:w="562" w:type="dxa"/>
          </w:tcPr>
          <w:p w14:paraId="42A3B08A" w14:textId="77777777" w:rsidR="003A6578" w:rsidRDefault="003A6578" w:rsidP="000A14CA"/>
        </w:tc>
        <w:tc>
          <w:tcPr>
            <w:tcW w:w="3372" w:type="dxa"/>
          </w:tcPr>
          <w:p w14:paraId="1CB86B29" w14:textId="77777777" w:rsidR="003A6578" w:rsidRDefault="003A6578" w:rsidP="000A14CA"/>
        </w:tc>
        <w:tc>
          <w:tcPr>
            <w:tcW w:w="2705" w:type="dxa"/>
          </w:tcPr>
          <w:p w14:paraId="69F3D33E" w14:textId="77777777" w:rsidR="003A6578" w:rsidRDefault="003A6578" w:rsidP="000A14CA"/>
        </w:tc>
        <w:tc>
          <w:tcPr>
            <w:tcW w:w="1720" w:type="dxa"/>
          </w:tcPr>
          <w:p w14:paraId="49FBD913" w14:textId="77777777" w:rsidR="003A6578" w:rsidRDefault="003A6578" w:rsidP="000A14CA"/>
        </w:tc>
      </w:tr>
      <w:tr w:rsidR="003A6578" w14:paraId="39CBD098" w14:textId="77777777" w:rsidTr="003A6578">
        <w:tc>
          <w:tcPr>
            <w:tcW w:w="562" w:type="dxa"/>
          </w:tcPr>
          <w:p w14:paraId="316393E3" w14:textId="77777777" w:rsidR="003A6578" w:rsidRDefault="003A6578" w:rsidP="000A14CA"/>
        </w:tc>
        <w:tc>
          <w:tcPr>
            <w:tcW w:w="3372" w:type="dxa"/>
          </w:tcPr>
          <w:p w14:paraId="542D3186" w14:textId="77777777" w:rsidR="003A6578" w:rsidRDefault="003A6578" w:rsidP="000A14CA"/>
        </w:tc>
        <w:tc>
          <w:tcPr>
            <w:tcW w:w="2705" w:type="dxa"/>
          </w:tcPr>
          <w:p w14:paraId="64D1B526" w14:textId="77777777" w:rsidR="003A6578" w:rsidRDefault="003A6578" w:rsidP="000A14CA"/>
        </w:tc>
        <w:tc>
          <w:tcPr>
            <w:tcW w:w="1720" w:type="dxa"/>
          </w:tcPr>
          <w:p w14:paraId="5C1F59FB" w14:textId="77777777" w:rsidR="003A6578" w:rsidRDefault="003A6578" w:rsidP="000A14CA"/>
        </w:tc>
      </w:tr>
      <w:tr w:rsidR="003A6578" w14:paraId="7B4E2FD9" w14:textId="77777777" w:rsidTr="003A6578">
        <w:tc>
          <w:tcPr>
            <w:tcW w:w="562" w:type="dxa"/>
          </w:tcPr>
          <w:p w14:paraId="5B0E2BF6" w14:textId="77777777" w:rsidR="003A6578" w:rsidRDefault="003A6578" w:rsidP="000A14CA"/>
        </w:tc>
        <w:tc>
          <w:tcPr>
            <w:tcW w:w="3372" w:type="dxa"/>
          </w:tcPr>
          <w:p w14:paraId="49B966EA" w14:textId="77777777" w:rsidR="003A6578" w:rsidRDefault="003A6578" w:rsidP="000A14CA"/>
        </w:tc>
        <w:tc>
          <w:tcPr>
            <w:tcW w:w="2705" w:type="dxa"/>
          </w:tcPr>
          <w:p w14:paraId="68AE0415" w14:textId="77777777" w:rsidR="003A6578" w:rsidRDefault="003A6578" w:rsidP="000A14CA"/>
        </w:tc>
        <w:tc>
          <w:tcPr>
            <w:tcW w:w="1720" w:type="dxa"/>
          </w:tcPr>
          <w:p w14:paraId="76DF9B1A" w14:textId="77777777" w:rsidR="003A6578" w:rsidRDefault="003A6578" w:rsidP="000A14CA"/>
        </w:tc>
      </w:tr>
      <w:tr w:rsidR="003A6578" w14:paraId="5454D475" w14:textId="77777777" w:rsidTr="003A6578">
        <w:tc>
          <w:tcPr>
            <w:tcW w:w="562" w:type="dxa"/>
          </w:tcPr>
          <w:p w14:paraId="018E9E55" w14:textId="77777777" w:rsidR="003A6578" w:rsidRDefault="003A6578" w:rsidP="000A14CA"/>
        </w:tc>
        <w:tc>
          <w:tcPr>
            <w:tcW w:w="3372" w:type="dxa"/>
          </w:tcPr>
          <w:p w14:paraId="575CD827" w14:textId="77777777" w:rsidR="003A6578" w:rsidRDefault="003A6578" w:rsidP="000A14CA"/>
        </w:tc>
        <w:tc>
          <w:tcPr>
            <w:tcW w:w="2705" w:type="dxa"/>
          </w:tcPr>
          <w:p w14:paraId="1FDD2FA1" w14:textId="77777777" w:rsidR="003A6578" w:rsidRDefault="003A6578" w:rsidP="000A14CA"/>
        </w:tc>
        <w:tc>
          <w:tcPr>
            <w:tcW w:w="1720" w:type="dxa"/>
          </w:tcPr>
          <w:p w14:paraId="0379022B" w14:textId="77777777" w:rsidR="003A6578" w:rsidRDefault="003A6578" w:rsidP="000A14CA"/>
        </w:tc>
      </w:tr>
      <w:tr w:rsidR="003A6578" w14:paraId="170F7E2E" w14:textId="77777777" w:rsidTr="003A6578">
        <w:tc>
          <w:tcPr>
            <w:tcW w:w="562" w:type="dxa"/>
          </w:tcPr>
          <w:p w14:paraId="5567661E" w14:textId="77777777" w:rsidR="003A6578" w:rsidRDefault="003A6578" w:rsidP="000A14CA"/>
        </w:tc>
        <w:tc>
          <w:tcPr>
            <w:tcW w:w="3372" w:type="dxa"/>
          </w:tcPr>
          <w:p w14:paraId="7AC57006" w14:textId="77777777" w:rsidR="003A6578" w:rsidRDefault="003A6578" w:rsidP="000A14CA"/>
        </w:tc>
        <w:tc>
          <w:tcPr>
            <w:tcW w:w="2705" w:type="dxa"/>
          </w:tcPr>
          <w:p w14:paraId="0367A24D" w14:textId="77777777" w:rsidR="003A6578" w:rsidRDefault="003A6578" w:rsidP="000A14CA"/>
        </w:tc>
        <w:tc>
          <w:tcPr>
            <w:tcW w:w="1720" w:type="dxa"/>
          </w:tcPr>
          <w:p w14:paraId="39CA0ADC" w14:textId="77777777" w:rsidR="003A6578" w:rsidRDefault="003A6578" w:rsidP="000A14CA"/>
        </w:tc>
      </w:tr>
      <w:tr w:rsidR="003A6578" w14:paraId="10BDA888" w14:textId="77777777" w:rsidTr="003A6578">
        <w:tc>
          <w:tcPr>
            <w:tcW w:w="562" w:type="dxa"/>
          </w:tcPr>
          <w:p w14:paraId="48685F89" w14:textId="77777777" w:rsidR="003A6578" w:rsidRDefault="003A6578" w:rsidP="000A14CA"/>
        </w:tc>
        <w:tc>
          <w:tcPr>
            <w:tcW w:w="3372" w:type="dxa"/>
          </w:tcPr>
          <w:p w14:paraId="6725E6C8" w14:textId="77777777" w:rsidR="003A6578" w:rsidRDefault="003A6578" w:rsidP="000A14CA"/>
        </w:tc>
        <w:tc>
          <w:tcPr>
            <w:tcW w:w="2705" w:type="dxa"/>
          </w:tcPr>
          <w:p w14:paraId="34136298" w14:textId="77777777" w:rsidR="003A6578" w:rsidRDefault="003A6578" w:rsidP="000A14CA"/>
        </w:tc>
        <w:tc>
          <w:tcPr>
            <w:tcW w:w="1720" w:type="dxa"/>
          </w:tcPr>
          <w:p w14:paraId="66BA362F" w14:textId="77777777" w:rsidR="003A6578" w:rsidRDefault="003A6578" w:rsidP="000A14CA"/>
        </w:tc>
      </w:tr>
      <w:tr w:rsidR="003A6578" w14:paraId="668532AB" w14:textId="77777777" w:rsidTr="003A6578">
        <w:tc>
          <w:tcPr>
            <w:tcW w:w="562" w:type="dxa"/>
          </w:tcPr>
          <w:p w14:paraId="56F71BC2" w14:textId="77777777" w:rsidR="003A6578" w:rsidRDefault="003A6578" w:rsidP="000A14CA"/>
        </w:tc>
        <w:tc>
          <w:tcPr>
            <w:tcW w:w="3372" w:type="dxa"/>
          </w:tcPr>
          <w:p w14:paraId="60F0BDB6" w14:textId="77777777" w:rsidR="003A6578" w:rsidRDefault="003A6578" w:rsidP="000A14CA"/>
        </w:tc>
        <w:tc>
          <w:tcPr>
            <w:tcW w:w="2705" w:type="dxa"/>
          </w:tcPr>
          <w:p w14:paraId="0EAADFF6" w14:textId="77777777" w:rsidR="003A6578" w:rsidRDefault="003A6578" w:rsidP="000A14CA"/>
        </w:tc>
        <w:tc>
          <w:tcPr>
            <w:tcW w:w="1720" w:type="dxa"/>
          </w:tcPr>
          <w:p w14:paraId="4C5EA8F9" w14:textId="77777777" w:rsidR="003A6578" w:rsidRDefault="003A6578" w:rsidP="000A14CA"/>
        </w:tc>
      </w:tr>
      <w:tr w:rsidR="003A6578" w14:paraId="7D42A3E5" w14:textId="77777777" w:rsidTr="003A6578">
        <w:tc>
          <w:tcPr>
            <w:tcW w:w="562" w:type="dxa"/>
          </w:tcPr>
          <w:p w14:paraId="1EF5BEA3" w14:textId="77777777" w:rsidR="003A6578" w:rsidRDefault="003A6578" w:rsidP="000A14CA"/>
        </w:tc>
        <w:tc>
          <w:tcPr>
            <w:tcW w:w="3372" w:type="dxa"/>
          </w:tcPr>
          <w:p w14:paraId="549F3800" w14:textId="77777777" w:rsidR="003A6578" w:rsidRDefault="003A6578" w:rsidP="000A14CA"/>
        </w:tc>
        <w:tc>
          <w:tcPr>
            <w:tcW w:w="2705" w:type="dxa"/>
          </w:tcPr>
          <w:p w14:paraId="7B342818" w14:textId="77777777" w:rsidR="003A6578" w:rsidRDefault="003A6578" w:rsidP="000A14CA"/>
        </w:tc>
        <w:tc>
          <w:tcPr>
            <w:tcW w:w="1720" w:type="dxa"/>
          </w:tcPr>
          <w:p w14:paraId="1AF32798" w14:textId="77777777" w:rsidR="003A6578" w:rsidRDefault="003A6578" w:rsidP="000A14CA"/>
        </w:tc>
      </w:tr>
      <w:tr w:rsidR="003A6578" w14:paraId="5575A9B4" w14:textId="77777777" w:rsidTr="003A6578">
        <w:tc>
          <w:tcPr>
            <w:tcW w:w="562" w:type="dxa"/>
          </w:tcPr>
          <w:p w14:paraId="00967272" w14:textId="77777777" w:rsidR="003A6578" w:rsidRDefault="003A6578" w:rsidP="000A14CA"/>
        </w:tc>
        <w:tc>
          <w:tcPr>
            <w:tcW w:w="3372" w:type="dxa"/>
          </w:tcPr>
          <w:p w14:paraId="26B12268" w14:textId="77777777" w:rsidR="003A6578" w:rsidRDefault="003A6578" w:rsidP="000A14CA"/>
        </w:tc>
        <w:tc>
          <w:tcPr>
            <w:tcW w:w="2705" w:type="dxa"/>
          </w:tcPr>
          <w:p w14:paraId="7481C2F3" w14:textId="77777777" w:rsidR="003A6578" w:rsidRDefault="003A6578" w:rsidP="000A14CA"/>
        </w:tc>
        <w:tc>
          <w:tcPr>
            <w:tcW w:w="1720" w:type="dxa"/>
          </w:tcPr>
          <w:p w14:paraId="3120E172" w14:textId="77777777" w:rsidR="003A6578" w:rsidRDefault="003A6578" w:rsidP="000A14CA"/>
        </w:tc>
      </w:tr>
      <w:tr w:rsidR="003A6578" w14:paraId="5D6B061A" w14:textId="77777777" w:rsidTr="003A6578">
        <w:tc>
          <w:tcPr>
            <w:tcW w:w="562" w:type="dxa"/>
          </w:tcPr>
          <w:p w14:paraId="1DFC4FAF" w14:textId="77777777" w:rsidR="003A6578" w:rsidRDefault="003A6578" w:rsidP="000A14CA"/>
        </w:tc>
        <w:tc>
          <w:tcPr>
            <w:tcW w:w="3372" w:type="dxa"/>
          </w:tcPr>
          <w:p w14:paraId="7389B8A0" w14:textId="77777777" w:rsidR="003A6578" w:rsidRDefault="003A6578" w:rsidP="000A14CA"/>
        </w:tc>
        <w:tc>
          <w:tcPr>
            <w:tcW w:w="2705" w:type="dxa"/>
          </w:tcPr>
          <w:p w14:paraId="057CB9FB" w14:textId="77777777" w:rsidR="003A6578" w:rsidRDefault="003A6578" w:rsidP="000A14CA"/>
        </w:tc>
        <w:tc>
          <w:tcPr>
            <w:tcW w:w="1720" w:type="dxa"/>
          </w:tcPr>
          <w:p w14:paraId="1CF77C5F" w14:textId="77777777" w:rsidR="003A6578" w:rsidRDefault="003A6578" w:rsidP="000A14CA"/>
        </w:tc>
      </w:tr>
      <w:tr w:rsidR="003A6578" w14:paraId="1B585299" w14:textId="77777777" w:rsidTr="003A6578">
        <w:tc>
          <w:tcPr>
            <w:tcW w:w="562" w:type="dxa"/>
          </w:tcPr>
          <w:p w14:paraId="6DD5F91F" w14:textId="77777777" w:rsidR="003A6578" w:rsidRDefault="003A6578" w:rsidP="000A14CA"/>
        </w:tc>
        <w:tc>
          <w:tcPr>
            <w:tcW w:w="3372" w:type="dxa"/>
          </w:tcPr>
          <w:p w14:paraId="44C306C2" w14:textId="77777777" w:rsidR="003A6578" w:rsidRDefault="003A6578" w:rsidP="000A14CA"/>
        </w:tc>
        <w:tc>
          <w:tcPr>
            <w:tcW w:w="2705" w:type="dxa"/>
          </w:tcPr>
          <w:p w14:paraId="08E71AEB" w14:textId="77777777" w:rsidR="003A6578" w:rsidRDefault="003A6578" w:rsidP="000A14CA"/>
        </w:tc>
        <w:tc>
          <w:tcPr>
            <w:tcW w:w="1720" w:type="dxa"/>
          </w:tcPr>
          <w:p w14:paraId="25006611" w14:textId="77777777" w:rsidR="003A6578" w:rsidRDefault="003A6578" w:rsidP="000A14CA"/>
        </w:tc>
      </w:tr>
      <w:tr w:rsidR="003A6578" w14:paraId="6001BC6F" w14:textId="77777777" w:rsidTr="003A6578">
        <w:tc>
          <w:tcPr>
            <w:tcW w:w="562" w:type="dxa"/>
          </w:tcPr>
          <w:p w14:paraId="266588CE" w14:textId="77777777" w:rsidR="003A6578" w:rsidRDefault="003A6578" w:rsidP="000A14CA"/>
        </w:tc>
        <w:tc>
          <w:tcPr>
            <w:tcW w:w="3372" w:type="dxa"/>
          </w:tcPr>
          <w:p w14:paraId="203E1CC8" w14:textId="77777777" w:rsidR="003A6578" w:rsidRDefault="003A6578" w:rsidP="000A14CA"/>
        </w:tc>
        <w:tc>
          <w:tcPr>
            <w:tcW w:w="2705" w:type="dxa"/>
          </w:tcPr>
          <w:p w14:paraId="09E2E540" w14:textId="77777777" w:rsidR="003A6578" w:rsidRDefault="003A6578" w:rsidP="000A14CA"/>
        </w:tc>
        <w:tc>
          <w:tcPr>
            <w:tcW w:w="1720" w:type="dxa"/>
          </w:tcPr>
          <w:p w14:paraId="60816B64" w14:textId="77777777" w:rsidR="003A6578" w:rsidRDefault="003A6578" w:rsidP="000A14CA"/>
        </w:tc>
      </w:tr>
      <w:tr w:rsidR="003A6578" w14:paraId="7CF59BBC" w14:textId="77777777" w:rsidTr="003A6578">
        <w:tc>
          <w:tcPr>
            <w:tcW w:w="562" w:type="dxa"/>
          </w:tcPr>
          <w:p w14:paraId="3DA6D7C0" w14:textId="77777777" w:rsidR="003A6578" w:rsidRDefault="003A6578" w:rsidP="000A14CA"/>
        </w:tc>
        <w:tc>
          <w:tcPr>
            <w:tcW w:w="3372" w:type="dxa"/>
          </w:tcPr>
          <w:p w14:paraId="44AFAA08" w14:textId="77777777" w:rsidR="003A6578" w:rsidRDefault="003A6578" w:rsidP="000A14CA"/>
        </w:tc>
        <w:tc>
          <w:tcPr>
            <w:tcW w:w="2705" w:type="dxa"/>
          </w:tcPr>
          <w:p w14:paraId="221AC11C" w14:textId="77777777" w:rsidR="003A6578" w:rsidRDefault="003A6578" w:rsidP="000A14CA"/>
        </w:tc>
        <w:tc>
          <w:tcPr>
            <w:tcW w:w="1720" w:type="dxa"/>
          </w:tcPr>
          <w:p w14:paraId="776F1E98" w14:textId="77777777" w:rsidR="003A6578" w:rsidRDefault="003A6578" w:rsidP="000A14CA"/>
        </w:tc>
      </w:tr>
      <w:tr w:rsidR="003A6578" w14:paraId="7D7EB587" w14:textId="77777777" w:rsidTr="003A6578">
        <w:tc>
          <w:tcPr>
            <w:tcW w:w="562" w:type="dxa"/>
          </w:tcPr>
          <w:p w14:paraId="75647880" w14:textId="77777777" w:rsidR="003A6578" w:rsidRDefault="003A6578" w:rsidP="000A14CA"/>
        </w:tc>
        <w:tc>
          <w:tcPr>
            <w:tcW w:w="3372" w:type="dxa"/>
          </w:tcPr>
          <w:p w14:paraId="2A6FB46C" w14:textId="77777777" w:rsidR="003A6578" w:rsidRDefault="003A6578" w:rsidP="000A14CA"/>
        </w:tc>
        <w:tc>
          <w:tcPr>
            <w:tcW w:w="2705" w:type="dxa"/>
          </w:tcPr>
          <w:p w14:paraId="1A6958B2" w14:textId="77777777" w:rsidR="003A6578" w:rsidRDefault="003A6578" w:rsidP="000A14CA"/>
        </w:tc>
        <w:tc>
          <w:tcPr>
            <w:tcW w:w="1720" w:type="dxa"/>
          </w:tcPr>
          <w:p w14:paraId="567C66C0" w14:textId="77777777" w:rsidR="003A6578" w:rsidRDefault="003A6578" w:rsidP="000A14CA"/>
        </w:tc>
      </w:tr>
      <w:tr w:rsidR="003A6578" w14:paraId="62D0500F" w14:textId="77777777" w:rsidTr="003A6578">
        <w:tc>
          <w:tcPr>
            <w:tcW w:w="562" w:type="dxa"/>
          </w:tcPr>
          <w:p w14:paraId="0106FDD3" w14:textId="77777777" w:rsidR="003A6578" w:rsidRDefault="003A6578" w:rsidP="000A14CA"/>
        </w:tc>
        <w:tc>
          <w:tcPr>
            <w:tcW w:w="3372" w:type="dxa"/>
          </w:tcPr>
          <w:p w14:paraId="04442BD9" w14:textId="77777777" w:rsidR="003A6578" w:rsidRDefault="003A6578" w:rsidP="000A14CA"/>
        </w:tc>
        <w:tc>
          <w:tcPr>
            <w:tcW w:w="2705" w:type="dxa"/>
          </w:tcPr>
          <w:p w14:paraId="4652CD0B" w14:textId="77777777" w:rsidR="003A6578" w:rsidRDefault="003A6578" w:rsidP="000A14CA"/>
        </w:tc>
        <w:tc>
          <w:tcPr>
            <w:tcW w:w="1720" w:type="dxa"/>
          </w:tcPr>
          <w:p w14:paraId="71910095" w14:textId="77777777" w:rsidR="003A6578" w:rsidRDefault="003A6578" w:rsidP="000A14CA"/>
        </w:tc>
      </w:tr>
      <w:tr w:rsidR="003A6578" w14:paraId="07F8108D" w14:textId="77777777" w:rsidTr="003A6578">
        <w:tc>
          <w:tcPr>
            <w:tcW w:w="562" w:type="dxa"/>
          </w:tcPr>
          <w:p w14:paraId="6C9C3A12" w14:textId="77777777" w:rsidR="003A6578" w:rsidRDefault="003A6578" w:rsidP="000A14CA"/>
        </w:tc>
        <w:tc>
          <w:tcPr>
            <w:tcW w:w="3372" w:type="dxa"/>
          </w:tcPr>
          <w:p w14:paraId="406CB096" w14:textId="77777777" w:rsidR="003A6578" w:rsidRDefault="003A6578" w:rsidP="000A14CA"/>
        </w:tc>
        <w:tc>
          <w:tcPr>
            <w:tcW w:w="2705" w:type="dxa"/>
          </w:tcPr>
          <w:p w14:paraId="24BF41A3" w14:textId="77777777" w:rsidR="003A6578" w:rsidRDefault="003A6578" w:rsidP="000A14CA"/>
        </w:tc>
        <w:tc>
          <w:tcPr>
            <w:tcW w:w="1720" w:type="dxa"/>
          </w:tcPr>
          <w:p w14:paraId="5845C735" w14:textId="77777777" w:rsidR="003A6578" w:rsidRDefault="003A6578" w:rsidP="000A14CA"/>
        </w:tc>
      </w:tr>
      <w:tr w:rsidR="003A6578" w14:paraId="1D02B226" w14:textId="77777777" w:rsidTr="003A6578">
        <w:tc>
          <w:tcPr>
            <w:tcW w:w="562" w:type="dxa"/>
          </w:tcPr>
          <w:p w14:paraId="529FB1F6" w14:textId="77777777" w:rsidR="003A6578" w:rsidRDefault="003A6578" w:rsidP="000A14CA"/>
        </w:tc>
        <w:tc>
          <w:tcPr>
            <w:tcW w:w="3372" w:type="dxa"/>
          </w:tcPr>
          <w:p w14:paraId="537B01CF" w14:textId="77777777" w:rsidR="003A6578" w:rsidRDefault="003A6578" w:rsidP="000A14CA"/>
        </w:tc>
        <w:tc>
          <w:tcPr>
            <w:tcW w:w="2705" w:type="dxa"/>
          </w:tcPr>
          <w:p w14:paraId="31013B11" w14:textId="77777777" w:rsidR="003A6578" w:rsidRDefault="003A6578" w:rsidP="000A14CA"/>
        </w:tc>
        <w:tc>
          <w:tcPr>
            <w:tcW w:w="1720" w:type="dxa"/>
          </w:tcPr>
          <w:p w14:paraId="1743BEFD" w14:textId="77777777" w:rsidR="003A6578" w:rsidRDefault="003A6578" w:rsidP="000A14CA"/>
        </w:tc>
      </w:tr>
      <w:tr w:rsidR="003A6578" w14:paraId="0FC5683B" w14:textId="77777777" w:rsidTr="003A6578">
        <w:tc>
          <w:tcPr>
            <w:tcW w:w="562" w:type="dxa"/>
          </w:tcPr>
          <w:p w14:paraId="0B79252A" w14:textId="77777777" w:rsidR="003A6578" w:rsidRDefault="003A6578" w:rsidP="000A14CA"/>
        </w:tc>
        <w:tc>
          <w:tcPr>
            <w:tcW w:w="3372" w:type="dxa"/>
          </w:tcPr>
          <w:p w14:paraId="41936911" w14:textId="77777777" w:rsidR="003A6578" w:rsidRDefault="003A6578" w:rsidP="000A14CA"/>
        </w:tc>
        <w:tc>
          <w:tcPr>
            <w:tcW w:w="2705" w:type="dxa"/>
          </w:tcPr>
          <w:p w14:paraId="4F327C7A" w14:textId="77777777" w:rsidR="003A6578" w:rsidRDefault="003A6578" w:rsidP="000A14CA"/>
        </w:tc>
        <w:tc>
          <w:tcPr>
            <w:tcW w:w="1720" w:type="dxa"/>
          </w:tcPr>
          <w:p w14:paraId="5EDE4336" w14:textId="77777777" w:rsidR="003A6578" w:rsidRDefault="003A6578" w:rsidP="000A14CA"/>
        </w:tc>
      </w:tr>
      <w:tr w:rsidR="003A6578" w14:paraId="361AC5BA" w14:textId="77777777" w:rsidTr="003A6578">
        <w:tc>
          <w:tcPr>
            <w:tcW w:w="562" w:type="dxa"/>
          </w:tcPr>
          <w:p w14:paraId="233C4B58" w14:textId="77777777" w:rsidR="003A6578" w:rsidRDefault="003A6578" w:rsidP="000A14CA"/>
        </w:tc>
        <w:tc>
          <w:tcPr>
            <w:tcW w:w="3372" w:type="dxa"/>
          </w:tcPr>
          <w:p w14:paraId="5B233360" w14:textId="77777777" w:rsidR="003A6578" w:rsidRDefault="003A6578" w:rsidP="000A14CA"/>
        </w:tc>
        <w:tc>
          <w:tcPr>
            <w:tcW w:w="2705" w:type="dxa"/>
          </w:tcPr>
          <w:p w14:paraId="7076E3DB" w14:textId="77777777" w:rsidR="003A6578" w:rsidRDefault="003A6578" w:rsidP="000A14CA"/>
        </w:tc>
        <w:tc>
          <w:tcPr>
            <w:tcW w:w="1720" w:type="dxa"/>
          </w:tcPr>
          <w:p w14:paraId="1C103DAD" w14:textId="77777777" w:rsidR="003A6578" w:rsidRDefault="003A6578" w:rsidP="000A14CA"/>
        </w:tc>
      </w:tr>
      <w:tr w:rsidR="003A6578" w14:paraId="763EBF55" w14:textId="77777777" w:rsidTr="003A6578">
        <w:tc>
          <w:tcPr>
            <w:tcW w:w="562" w:type="dxa"/>
          </w:tcPr>
          <w:p w14:paraId="3C204D08" w14:textId="77777777" w:rsidR="003A6578" w:rsidRDefault="003A6578" w:rsidP="000A14CA"/>
        </w:tc>
        <w:tc>
          <w:tcPr>
            <w:tcW w:w="3372" w:type="dxa"/>
          </w:tcPr>
          <w:p w14:paraId="3E380B4A" w14:textId="77777777" w:rsidR="003A6578" w:rsidRDefault="003A6578" w:rsidP="000A14CA"/>
        </w:tc>
        <w:tc>
          <w:tcPr>
            <w:tcW w:w="2705" w:type="dxa"/>
          </w:tcPr>
          <w:p w14:paraId="0715F87E" w14:textId="77777777" w:rsidR="003A6578" w:rsidRDefault="003A6578" w:rsidP="000A14CA"/>
        </w:tc>
        <w:tc>
          <w:tcPr>
            <w:tcW w:w="1720" w:type="dxa"/>
          </w:tcPr>
          <w:p w14:paraId="70EAAEBF" w14:textId="77777777" w:rsidR="003A6578" w:rsidRDefault="003A6578" w:rsidP="000A14CA"/>
        </w:tc>
      </w:tr>
      <w:tr w:rsidR="003A6578" w14:paraId="0FF4B545" w14:textId="77777777" w:rsidTr="003A6578">
        <w:tc>
          <w:tcPr>
            <w:tcW w:w="562" w:type="dxa"/>
          </w:tcPr>
          <w:p w14:paraId="603F1A16" w14:textId="77777777" w:rsidR="003A6578" w:rsidRDefault="003A6578" w:rsidP="000A14CA"/>
        </w:tc>
        <w:tc>
          <w:tcPr>
            <w:tcW w:w="3372" w:type="dxa"/>
          </w:tcPr>
          <w:p w14:paraId="6FD8A1B8" w14:textId="77777777" w:rsidR="003A6578" w:rsidRDefault="003A6578" w:rsidP="000A14CA"/>
        </w:tc>
        <w:tc>
          <w:tcPr>
            <w:tcW w:w="2705" w:type="dxa"/>
          </w:tcPr>
          <w:p w14:paraId="64C106FA" w14:textId="77777777" w:rsidR="003A6578" w:rsidRDefault="003A6578" w:rsidP="000A14CA"/>
        </w:tc>
        <w:tc>
          <w:tcPr>
            <w:tcW w:w="1720" w:type="dxa"/>
          </w:tcPr>
          <w:p w14:paraId="5C359DD4" w14:textId="77777777" w:rsidR="003A6578" w:rsidRDefault="003A6578" w:rsidP="000A14CA"/>
        </w:tc>
      </w:tr>
      <w:tr w:rsidR="003A6578" w14:paraId="1F7AF702" w14:textId="77777777" w:rsidTr="003A6578">
        <w:tc>
          <w:tcPr>
            <w:tcW w:w="562" w:type="dxa"/>
          </w:tcPr>
          <w:p w14:paraId="39DAD715" w14:textId="77777777" w:rsidR="003A6578" w:rsidRDefault="003A6578" w:rsidP="000A14CA"/>
        </w:tc>
        <w:tc>
          <w:tcPr>
            <w:tcW w:w="3372" w:type="dxa"/>
          </w:tcPr>
          <w:p w14:paraId="1B7A1141" w14:textId="77777777" w:rsidR="003A6578" w:rsidRDefault="003A6578" w:rsidP="000A14CA"/>
        </w:tc>
        <w:tc>
          <w:tcPr>
            <w:tcW w:w="2705" w:type="dxa"/>
          </w:tcPr>
          <w:p w14:paraId="34F4AF2C" w14:textId="77777777" w:rsidR="003A6578" w:rsidRDefault="003A6578" w:rsidP="000A14CA"/>
        </w:tc>
        <w:tc>
          <w:tcPr>
            <w:tcW w:w="1720" w:type="dxa"/>
          </w:tcPr>
          <w:p w14:paraId="29F10C8B" w14:textId="77777777" w:rsidR="003A6578" w:rsidRDefault="003A6578" w:rsidP="000A14CA"/>
        </w:tc>
      </w:tr>
      <w:tr w:rsidR="003A6578" w14:paraId="434040C3" w14:textId="77777777" w:rsidTr="003A6578">
        <w:tc>
          <w:tcPr>
            <w:tcW w:w="562" w:type="dxa"/>
          </w:tcPr>
          <w:p w14:paraId="4B62B848" w14:textId="77777777" w:rsidR="003A6578" w:rsidRDefault="003A6578" w:rsidP="000A14CA"/>
        </w:tc>
        <w:tc>
          <w:tcPr>
            <w:tcW w:w="3372" w:type="dxa"/>
          </w:tcPr>
          <w:p w14:paraId="2544709C" w14:textId="77777777" w:rsidR="003A6578" w:rsidRDefault="003A6578" w:rsidP="000A14CA"/>
        </w:tc>
        <w:tc>
          <w:tcPr>
            <w:tcW w:w="2705" w:type="dxa"/>
          </w:tcPr>
          <w:p w14:paraId="4DA0CAF7" w14:textId="77777777" w:rsidR="003A6578" w:rsidRDefault="003A6578" w:rsidP="000A14CA"/>
        </w:tc>
        <w:tc>
          <w:tcPr>
            <w:tcW w:w="1720" w:type="dxa"/>
          </w:tcPr>
          <w:p w14:paraId="2C974BB6" w14:textId="77777777" w:rsidR="003A6578" w:rsidRDefault="003A6578" w:rsidP="000A14CA"/>
        </w:tc>
      </w:tr>
      <w:tr w:rsidR="003A6578" w14:paraId="2C3A7687" w14:textId="77777777" w:rsidTr="003A6578">
        <w:tc>
          <w:tcPr>
            <w:tcW w:w="562" w:type="dxa"/>
          </w:tcPr>
          <w:p w14:paraId="130142CC" w14:textId="77777777" w:rsidR="003A6578" w:rsidRDefault="003A6578" w:rsidP="000A14CA"/>
        </w:tc>
        <w:tc>
          <w:tcPr>
            <w:tcW w:w="3372" w:type="dxa"/>
          </w:tcPr>
          <w:p w14:paraId="326C4A4D" w14:textId="77777777" w:rsidR="003A6578" w:rsidRDefault="003A6578" w:rsidP="000A14CA"/>
        </w:tc>
        <w:tc>
          <w:tcPr>
            <w:tcW w:w="2705" w:type="dxa"/>
          </w:tcPr>
          <w:p w14:paraId="7F6B3CAB" w14:textId="77777777" w:rsidR="003A6578" w:rsidRDefault="003A6578" w:rsidP="000A14CA"/>
        </w:tc>
        <w:tc>
          <w:tcPr>
            <w:tcW w:w="1720" w:type="dxa"/>
          </w:tcPr>
          <w:p w14:paraId="50035E03" w14:textId="77777777" w:rsidR="003A6578" w:rsidRDefault="003A6578" w:rsidP="000A14CA"/>
        </w:tc>
      </w:tr>
      <w:tr w:rsidR="003A6578" w14:paraId="5ACFAED9" w14:textId="77777777" w:rsidTr="003A6578">
        <w:tc>
          <w:tcPr>
            <w:tcW w:w="562" w:type="dxa"/>
          </w:tcPr>
          <w:p w14:paraId="59E1DFED" w14:textId="77777777" w:rsidR="003A6578" w:rsidRDefault="003A6578" w:rsidP="000A14CA"/>
        </w:tc>
        <w:tc>
          <w:tcPr>
            <w:tcW w:w="3372" w:type="dxa"/>
          </w:tcPr>
          <w:p w14:paraId="49585A7E" w14:textId="77777777" w:rsidR="003A6578" w:rsidRDefault="003A6578" w:rsidP="000A14CA"/>
        </w:tc>
        <w:tc>
          <w:tcPr>
            <w:tcW w:w="2705" w:type="dxa"/>
          </w:tcPr>
          <w:p w14:paraId="5D9473FB" w14:textId="77777777" w:rsidR="003A6578" w:rsidRDefault="003A6578" w:rsidP="000A14CA"/>
        </w:tc>
        <w:tc>
          <w:tcPr>
            <w:tcW w:w="1720" w:type="dxa"/>
          </w:tcPr>
          <w:p w14:paraId="233246B7" w14:textId="77777777" w:rsidR="003A6578" w:rsidRDefault="003A6578" w:rsidP="000A14CA"/>
        </w:tc>
      </w:tr>
      <w:tr w:rsidR="003A6578" w14:paraId="34A508C0" w14:textId="77777777" w:rsidTr="003A6578">
        <w:tc>
          <w:tcPr>
            <w:tcW w:w="562" w:type="dxa"/>
          </w:tcPr>
          <w:p w14:paraId="6C73A8E6" w14:textId="77777777" w:rsidR="003A6578" w:rsidRDefault="003A6578" w:rsidP="000A14CA"/>
        </w:tc>
        <w:tc>
          <w:tcPr>
            <w:tcW w:w="3372" w:type="dxa"/>
          </w:tcPr>
          <w:p w14:paraId="2C23793D" w14:textId="77777777" w:rsidR="003A6578" w:rsidRDefault="003A6578" w:rsidP="000A14CA"/>
        </w:tc>
        <w:tc>
          <w:tcPr>
            <w:tcW w:w="2705" w:type="dxa"/>
          </w:tcPr>
          <w:p w14:paraId="67EEF266" w14:textId="77777777" w:rsidR="003A6578" w:rsidRDefault="003A6578" w:rsidP="000A14CA"/>
        </w:tc>
        <w:tc>
          <w:tcPr>
            <w:tcW w:w="1720" w:type="dxa"/>
          </w:tcPr>
          <w:p w14:paraId="54D619B5" w14:textId="77777777" w:rsidR="003A6578" w:rsidRDefault="003A6578" w:rsidP="000A14CA"/>
        </w:tc>
      </w:tr>
    </w:tbl>
    <w:p w14:paraId="27D70B7B" w14:textId="77777777" w:rsidR="003A6578" w:rsidRPr="0093707C" w:rsidRDefault="003A6578" w:rsidP="00A700C6">
      <w:pPr>
        <w:rPr>
          <w:lang w:val="es-EC"/>
        </w:rPr>
      </w:pPr>
    </w:p>
    <w:sectPr w:rsidR="003A6578" w:rsidRPr="0093707C" w:rsidSect="008D5AB7">
      <w:headerReference w:type="default" r:id="rId9"/>
      <w:pgSz w:w="12240" w:h="15840"/>
      <w:pgMar w:top="1440" w:right="1800" w:bottom="1440" w:left="1800" w:header="720" w:footer="720" w:gutter="0"/>
      <w:pgNumType w:start="1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2BAB223" w14:textId="77777777" w:rsidR="0002116B" w:rsidRDefault="0002116B" w:rsidP="007C5B29">
      <w:pPr>
        <w:spacing w:after="0" w:line="240" w:lineRule="auto"/>
      </w:pPr>
      <w:r>
        <w:separator/>
      </w:r>
    </w:p>
  </w:endnote>
  <w:endnote w:type="continuationSeparator" w:id="0">
    <w:p w14:paraId="647BDED7" w14:textId="77777777" w:rsidR="0002116B" w:rsidRDefault="0002116B" w:rsidP="007C5B2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mbria">
    <w:altName w:val="Cambria"/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9127C55" w14:textId="77777777" w:rsidR="0002116B" w:rsidRDefault="0002116B" w:rsidP="007C5B29">
      <w:pPr>
        <w:spacing w:after="0" w:line="240" w:lineRule="auto"/>
      </w:pPr>
      <w:r>
        <w:separator/>
      </w:r>
    </w:p>
  </w:footnote>
  <w:footnote w:type="continuationSeparator" w:id="0">
    <w:p w14:paraId="6A28CE9B" w14:textId="77777777" w:rsidR="0002116B" w:rsidRDefault="0002116B" w:rsidP="007C5B2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8981" w:type="dxa"/>
      <w:jc w:val="center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ayout w:type="fixed"/>
      <w:tblLook w:val="04A0" w:firstRow="1" w:lastRow="0" w:firstColumn="1" w:lastColumn="0" w:noHBand="0" w:noVBand="1"/>
    </w:tblPr>
    <w:tblGrid>
      <w:gridCol w:w="1271"/>
      <w:gridCol w:w="5670"/>
      <w:gridCol w:w="2040"/>
    </w:tblGrid>
    <w:tr w:rsidR="007C5B29" w:rsidRPr="007C5B29" w14:paraId="0843541F" w14:textId="77777777" w:rsidTr="007C5B29">
      <w:trPr>
        <w:trHeight w:val="283"/>
        <w:jc w:val="center"/>
      </w:trPr>
      <w:tc>
        <w:tcPr>
          <w:tcW w:w="1271" w:type="dxa"/>
          <w:vMerge w:val="restart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634F26C5" w14:textId="2FA55755" w:rsidR="007C5B29" w:rsidRPr="007C5B29" w:rsidRDefault="007C5B29" w:rsidP="007C5B29">
          <w:pPr>
            <w:pStyle w:val="Encabezado"/>
            <w:rPr>
              <w:lang w:val="es-ES"/>
            </w:rPr>
          </w:pPr>
          <w:r w:rsidRPr="007C5B29">
            <w:rPr>
              <w:noProof/>
              <w:lang w:val="es-EC"/>
            </w:rPr>
            <w:drawing>
              <wp:anchor distT="0" distB="0" distL="114300" distR="114300" simplePos="0" relativeHeight="251659264" behindDoc="1" locked="0" layoutInCell="1" allowOverlap="1" wp14:anchorId="7414F6DB" wp14:editId="422F6793">
                <wp:simplePos x="0" y="0"/>
                <wp:positionH relativeFrom="column">
                  <wp:posOffset>-81280</wp:posOffset>
                </wp:positionH>
                <wp:positionV relativeFrom="paragraph">
                  <wp:posOffset>6350</wp:posOffset>
                </wp:positionV>
                <wp:extent cx="760730" cy="669925"/>
                <wp:effectExtent l="0" t="0" r="1270" b="0"/>
                <wp:wrapNone/>
                <wp:docPr id="2054632557" name="Imagen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n 279619987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760730" cy="669925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</w:p>
      </w:tc>
      <w:tc>
        <w:tcPr>
          <w:tcW w:w="5670" w:type="dxa"/>
          <w:tcBorders>
            <w:top w:val="single" w:sz="4" w:space="0" w:color="auto"/>
            <w:left w:val="single" w:sz="4" w:space="0" w:color="auto"/>
            <w:bottom w:val="nil"/>
            <w:right w:val="single" w:sz="4" w:space="0" w:color="auto"/>
          </w:tcBorders>
          <w:vAlign w:val="center"/>
          <w:hideMark/>
        </w:tcPr>
        <w:p w14:paraId="6E8F2D1A" w14:textId="4DE506CA" w:rsidR="007C5B29" w:rsidRPr="007C5B29" w:rsidRDefault="007C5B29" w:rsidP="007C5B29">
          <w:pPr>
            <w:pStyle w:val="Encabezado"/>
            <w:rPr>
              <w:b/>
              <w:bCs/>
              <w:sz w:val="18"/>
              <w:szCs w:val="18"/>
              <w:lang w:val="es-ES"/>
            </w:rPr>
          </w:pPr>
          <w:r w:rsidRPr="007C5B29">
            <w:rPr>
              <w:b/>
              <w:bCs/>
              <w:sz w:val="18"/>
              <w:szCs w:val="18"/>
              <w:lang w:val="es-ES"/>
            </w:rPr>
            <w:t xml:space="preserve">Nombre del Documento:  </w:t>
          </w:r>
        </w:p>
      </w:tc>
      <w:tc>
        <w:tcPr>
          <w:tcW w:w="2040" w:type="dxa"/>
          <w:vMerge w:val="restart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05C240F9" w14:textId="0C3BE25D" w:rsidR="007C5B29" w:rsidRPr="007C5B29" w:rsidRDefault="007C5B29" w:rsidP="007C5B29">
          <w:pPr>
            <w:pStyle w:val="Encabezado"/>
            <w:jc w:val="center"/>
            <w:rPr>
              <w:sz w:val="18"/>
              <w:szCs w:val="18"/>
              <w:lang w:val="es-ES"/>
            </w:rPr>
          </w:pPr>
          <w:r w:rsidRPr="007C5B29">
            <w:rPr>
              <w:sz w:val="18"/>
              <w:szCs w:val="18"/>
              <w:lang w:val="es-ES"/>
            </w:rPr>
            <w:t>Código: PAD-06-F-00</w:t>
          </w:r>
          <w:r>
            <w:rPr>
              <w:sz w:val="18"/>
              <w:szCs w:val="18"/>
              <w:lang w:val="es-ES"/>
            </w:rPr>
            <w:t>4</w:t>
          </w:r>
        </w:p>
      </w:tc>
    </w:tr>
    <w:tr w:rsidR="007C5B29" w:rsidRPr="00094BFC" w14:paraId="64A9A585" w14:textId="77777777" w:rsidTr="007C5B29">
      <w:trPr>
        <w:trHeight w:val="299"/>
        <w:jc w:val="center"/>
      </w:trPr>
      <w:tc>
        <w:tcPr>
          <w:tcW w:w="1271" w:type="dxa"/>
          <w:vMerge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19FEDD90" w14:textId="77777777" w:rsidR="007C5B29" w:rsidRPr="007C5B29" w:rsidRDefault="007C5B29" w:rsidP="007C5B29">
          <w:pPr>
            <w:pStyle w:val="Encabezado"/>
            <w:rPr>
              <w:lang w:val="es-ES"/>
            </w:rPr>
          </w:pPr>
        </w:p>
      </w:tc>
      <w:tc>
        <w:tcPr>
          <w:tcW w:w="5670" w:type="dxa"/>
          <w:tcBorders>
            <w:top w:val="nil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6186AEE8" w14:textId="3A4BA9F9" w:rsidR="007C5B29" w:rsidRPr="007C5B29" w:rsidRDefault="007C5B29" w:rsidP="007C5B29">
          <w:pPr>
            <w:pStyle w:val="Encabezado"/>
            <w:jc w:val="center"/>
            <w:rPr>
              <w:sz w:val="18"/>
              <w:szCs w:val="18"/>
              <w:lang w:val="es-ES"/>
            </w:rPr>
          </w:pPr>
          <w:r>
            <w:rPr>
              <w:sz w:val="18"/>
              <w:szCs w:val="18"/>
              <w:lang w:val="es-ES"/>
            </w:rPr>
            <w:t xml:space="preserve">Informe de ejecución del </w:t>
          </w:r>
          <w:r w:rsidRPr="007C5B29">
            <w:rPr>
              <w:sz w:val="18"/>
              <w:szCs w:val="18"/>
              <w:lang w:val="es-ES"/>
            </w:rPr>
            <w:t xml:space="preserve">Programa de formación, capacitación y actualización </w:t>
          </w:r>
          <w:r>
            <w:rPr>
              <w:sz w:val="18"/>
              <w:szCs w:val="18"/>
              <w:lang w:val="es-ES"/>
            </w:rPr>
            <w:t>académica.</w:t>
          </w:r>
        </w:p>
      </w:tc>
      <w:tc>
        <w:tcPr>
          <w:tcW w:w="2040" w:type="dxa"/>
          <w:vMerge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06F0F312" w14:textId="77777777" w:rsidR="007C5B29" w:rsidRPr="007C5B29" w:rsidRDefault="007C5B29" w:rsidP="007C5B29">
          <w:pPr>
            <w:pStyle w:val="Encabezado"/>
            <w:rPr>
              <w:sz w:val="18"/>
              <w:szCs w:val="18"/>
              <w:lang w:val="es-ES"/>
            </w:rPr>
          </w:pPr>
        </w:p>
      </w:tc>
    </w:tr>
    <w:tr w:rsidR="007C5B29" w:rsidRPr="007C5B29" w14:paraId="7F230A0F" w14:textId="77777777" w:rsidTr="007C5B29">
      <w:trPr>
        <w:trHeight w:val="222"/>
        <w:jc w:val="center"/>
      </w:trPr>
      <w:tc>
        <w:tcPr>
          <w:tcW w:w="1271" w:type="dxa"/>
          <w:vMerge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B3FD10E" w14:textId="77777777" w:rsidR="007C5B29" w:rsidRPr="007C5B29" w:rsidRDefault="007C5B29" w:rsidP="007C5B29">
          <w:pPr>
            <w:pStyle w:val="Encabezado"/>
            <w:rPr>
              <w:lang w:val="es-ES"/>
            </w:rPr>
          </w:pPr>
        </w:p>
      </w:tc>
      <w:tc>
        <w:tcPr>
          <w:tcW w:w="5670" w:type="dxa"/>
          <w:vMerge w:val="restart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3A43FBF3" w14:textId="34CA7945" w:rsidR="007C5B29" w:rsidRPr="007C5B29" w:rsidRDefault="007C5B29" w:rsidP="007C5B29">
          <w:pPr>
            <w:pStyle w:val="Encabezado"/>
            <w:rPr>
              <w:sz w:val="18"/>
              <w:szCs w:val="18"/>
              <w:lang w:val="es-EC"/>
            </w:rPr>
          </w:pPr>
          <w:r w:rsidRPr="007C5B29">
            <w:rPr>
              <w:b/>
              <w:bCs/>
              <w:sz w:val="18"/>
              <w:szCs w:val="18"/>
              <w:lang w:val="es-ES"/>
            </w:rPr>
            <w:t>Procedimiento:</w:t>
          </w:r>
          <w:r w:rsidRPr="007C5B29">
            <w:rPr>
              <w:sz w:val="18"/>
              <w:szCs w:val="18"/>
              <w:lang w:val="es-ES"/>
            </w:rPr>
            <w:t xml:space="preserve"> Planificación, Aprobación, Ejecución, Seguimiento y Evaluación Del Plan Institucional de Perfeccionamiento </w:t>
          </w:r>
          <w:r w:rsidR="00E32917">
            <w:rPr>
              <w:sz w:val="18"/>
              <w:szCs w:val="18"/>
              <w:lang w:val="es-ES"/>
            </w:rPr>
            <w:t>Académico</w:t>
          </w:r>
          <w:r w:rsidRPr="007C5B29">
            <w:rPr>
              <w:sz w:val="18"/>
              <w:szCs w:val="18"/>
              <w:lang w:val="es-ES"/>
            </w:rPr>
            <w:t>.</w:t>
          </w:r>
        </w:p>
      </w:tc>
      <w:tc>
        <w:tcPr>
          <w:tcW w:w="204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D256866" w14:textId="59A8E46C" w:rsidR="007C5B29" w:rsidRPr="007C5B29" w:rsidRDefault="007C5B29" w:rsidP="007C5B29">
          <w:pPr>
            <w:pStyle w:val="Encabezado"/>
            <w:jc w:val="center"/>
            <w:rPr>
              <w:sz w:val="18"/>
              <w:szCs w:val="18"/>
              <w:lang w:val="es-ES"/>
            </w:rPr>
          </w:pPr>
          <w:r w:rsidRPr="007C5B29">
            <w:rPr>
              <w:sz w:val="18"/>
              <w:szCs w:val="18"/>
              <w:lang w:val="es-ES"/>
            </w:rPr>
            <w:t>Versión: 1</w:t>
          </w:r>
        </w:p>
      </w:tc>
    </w:tr>
    <w:tr w:rsidR="007C5B29" w:rsidRPr="007C5B29" w14:paraId="6165E3CF" w14:textId="77777777" w:rsidTr="007C5B29">
      <w:trPr>
        <w:trHeight w:val="283"/>
        <w:jc w:val="center"/>
      </w:trPr>
      <w:tc>
        <w:tcPr>
          <w:tcW w:w="1271" w:type="dxa"/>
          <w:vMerge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E45EF0F" w14:textId="77777777" w:rsidR="007C5B29" w:rsidRPr="007C5B29" w:rsidRDefault="007C5B29" w:rsidP="007C5B29">
          <w:pPr>
            <w:pStyle w:val="Encabezado"/>
            <w:rPr>
              <w:lang w:val="es-ES"/>
            </w:rPr>
          </w:pPr>
        </w:p>
      </w:tc>
      <w:tc>
        <w:tcPr>
          <w:tcW w:w="5670" w:type="dxa"/>
          <w:vMerge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BF11E57" w14:textId="77777777" w:rsidR="007C5B29" w:rsidRPr="007C5B29" w:rsidRDefault="007C5B29" w:rsidP="007C5B29">
          <w:pPr>
            <w:pStyle w:val="Encabezado"/>
            <w:rPr>
              <w:sz w:val="18"/>
              <w:szCs w:val="18"/>
              <w:lang w:val="es-EC"/>
            </w:rPr>
          </w:pPr>
        </w:p>
      </w:tc>
      <w:tc>
        <w:tcPr>
          <w:tcW w:w="204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4C25CE3D" w14:textId="77777777" w:rsidR="007C5B29" w:rsidRPr="007C5B29" w:rsidRDefault="007C5B29" w:rsidP="007C5B29">
          <w:pPr>
            <w:pStyle w:val="Encabezado"/>
            <w:jc w:val="center"/>
            <w:rPr>
              <w:sz w:val="18"/>
              <w:szCs w:val="18"/>
              <w:lang w:val="es-ES"/>
            </w:rPr>
          </w:pPr>
          <w:r w:rsidRPr="007C5B29">
            <w:rPr>
              <w:sz w:val="18"/>
              <w:szCs w:val="18"/>
              <w:lang w:val="es-ES"/>
            </w:rPr>
            <w:t xml:space="preserve">Página </w:t>
          </w:r>
          <w:r w:rsidRPr="007C5B29">
            <w:rPr>
              <w:sz w:val="18"/>
              <w:szCs w:val="18"/>
              <w:lang w:val="es-ES"/>
            </w:rPr>
            <w:fldChar w:fldCharType="begin"/>
          </w:r>
          <w:r w:rsidRPr="007C5B29">
            <w:rPr>
              <w:sz w:val="18"/>
              <w:szCs w:val="18"/>
              <w:lang w:val="es-ES"/>
            </w:rPr>
            <w:instrText xml:space="preserve"> PAGE </w:instrText>
          </w:r>
          <w:r w:rsidRPr="007C5B29">
            <w:rPr>
              <w:sz w:val="18"/>
              <w:szCs w:val="18"/>
              <w:lang w:val="es-ES"/>
            </w:rPr>
            <w:fldChar w:fldCharType="separate"/>
          </w:r>
          <w:r w:rsidRPr="007C5B29">
            <w:rPr>
              <w:sz w:val="18"/>
              <w:szCs w:val="18"/>
              <w:lang w:val="es-ES"/>
            </w:rPr>
            <w:t>5</w:t>
          </w:r>
          <w:r w:rsidRPr="007C5B29">
            <w:rPr>
              <w:sz w:val="18"/>
              <w:szCs w:val="18"/>
            </w:rPr>
            <w:fldChar w:fldCharType="end"/>
          </w:r>
          <w:r w:rsidRPr="007C5B29">
            <w:rPr>
              <w:sz w:val="18"/>
              <w:szCs w:val="18"/>
              <w:lang w:val="es-ES"/>
            </w:rPr>
            <w:t xml:space="preserve"> de </w:t>
          </w:r>
          <w:r w:rsidRPr="007C5B29">
            <w:rPr>
              <w:sz w:val="18"/>
              <w:szCs w:val="18"/>
              <w:lang w:val="es-ES"/>
            </w:rPr>
            <w:fldChar w:fldCharType="begin"/>
          </w:r>
          <w:r w:rsidRPr="007C5B29">
            <w:rPr>
              <w:sz w:val="18"/>
              <w:szCs w:val="18"/>
              <w:lang w:val="es-ES"/>
            </w:rPr>
            <w:instrText xml:space="preserve"> NUMPAGES  </w:instrText>
          </w:r>
          <w:r w:rsidRPr="007C5B29">
            <w:rPr>
              <w:sz w:val="18"/>
              <w:szCs w:val="18"/>
              <w:lang w:val="es-ES"/>
            </w:rPr>
            <w:fldChar w:fldCharType="separate"/>
          </w:r>
          <w:r w:rsidRPr="007C5B29">
            <w:rPr>
              <w:sz w:val="18"/>
              <w:szCs w:val="18"/>
              <w:lang w:val="es-ES"/>
            </w:rPr>
            <w:t>5</w:t>
          </w:r>
          <w:r w:rsidRPr="007C5B29">
            <w:rPr>
              <w:sz w:val="18"/>
              <w:szCs w:val="18"/>
            </w:rPr>
            <w:fldChar w:fldCharType="end"/>
          </w:r>
        </w:p>
      </w:tc>
    </w:tr>
  </w:tbl>
  <w:p w14:paraId="09DA8AC0" w14:textId="77777777" w:rsidR="007C5B29" w:rsidRDefault="007C5B29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aconnmeros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aconnmeros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aconvietas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aconvietas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aconnmeros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aconvietas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9" w15:restartNumberingAfterBreak="0">
    <w:nsid w:val="0E8F29EB"/>
    <w:multiLevelType w:val="hybridMultilevel"/>
    <w:tmpl w:val="CA34CE72"/>
    <w:lvl w:ilvl="0" w:tplc="300A0005">
      <w:start w:val="1"/>
      <w:numFmt w:val="bullet"/>
      <w:lvlText w:val=""/>
      <w:lvlJc w:val="left"/>
      <w:pPr>
        <w:ind w:left="66" w:hanging="360"/>
      </w:pPr>
      <w:rPr>
        <w:rFonts w:ascii="Wingdings" w:hAnsi="Wingdings" w:hint="default"/>
      </w:rPr>
    </w:lvl>
    <w:lvl w:ilvl="1" w:tplc="300A0003" w:tentative="1">
      <w:start w:val="1"/>
      <w:numFmt w:val="bullet"/>
      <w:lvlText w:val="o"/>
      <w:lvlJc w:val="left"/>
      <w:pPr>
        <w:ind w:left="786" w:hanging="360"/>
      </w:pPr>
      <w:rPr>
        <w:rFonts w:ascii="Courier New" w:hAnsi="Courier New" w:cs="Courier New" w:hint="default"/>
      </w:rPr>
    </w:lvl>
    <w:lvl w:ilvl="2" w:tplc="300A0005" w:tentative="1">
      <w:start w:val="1"/>
      <w:numFmt w:val="bullet"/>
      <w:lvlText w:val=""/>
      <w:lvlJc w:val="left"/>
      <w:pPr>
        <w:ind w:left="1506" w:hanging="360"/>
      </w:pPr>
      <w:rPr>
        <w:rFonts w:ascii="Wingdings" w:hAnsi="Wingdings" w:hint="default"/>
      </w:rPr>
    </w:lvl>
    <w:lvl w:ilvl="3" w:tplc="300A0001" w:tentative="1">
      <w:start w:val="1"/>
      <w:numFmt w:val="bullet"/>
      <w:lvlText w:val=""/>
      <w:lvlJc w:val="left"/>
      <w:pPr>
        <w:ind w:left="2226" w:hanging="360"/>
      </w:pPr>
      <w:rPr>
        <w:rFonts w:ascii="Symbol" w:hAnsi="Symbol" w:hint="default"/>
      </w:rPr>
    </w:lvl>
    <w:lvl w:ilvl="4" w:tplc="300A0003" w:tentative="1">
      <w:start w:val="1"/>
      <w:numFmt w:val="bullet"/>
      <w:lvlText w:val="o"/>
      <w:lvlJc w:val="left"/>
      <w:pPr>
        <w:ind w:left="2946" w:hanging="360"/>
      </w:pPr>
      <w:rPr>
        <w:rFonts w:ascii="Courier New" w:hAnsi="Courier New" w:cs="Courier New" w:hint="default"/>
      </w:rPr>
    </w:lvl>
    <w:lvl w:ilvl="5" w:tplc="300A0005" w:tentative="1">
      <w:start w:val="1"/>
      <w:numFmt w:val="bullet"/>
      <w:lvlText w:val=""/>
      <w:lvlJc w:val="left"/>
      <w:pPr>
        <w:ind w:left="3666" w:hanging="360"/>
      </w:pPr>
      <w:rPr>
        <w:rFonts w:ascii="Wingdings" w:hAnsi="Wingdings" w:hint="default"/>
      </w:rPr>
    </w:lvl>
    <w:lvl w:ilvl="6" w:tplc="300A0001" w:tentative="1">
      <w:start w:val="1"/>
      <w:numFmt w:val="bullet"/>
      <w:lvlText w:val=""/>
      <w:lvlJc w:val="left"/>
      <w:pPr>
        <w:ind w:left="4386" w:hanging="360"/>
      </w:pPr>
      <w:rPr>
        <w:rFonts w:ascii="Symbol" w:hAnsi="Symbol" w:hint="default"/>
      </w:rPr>
    </w:lvl>
    <w:lvl w:ilvl="7" w:tplc="300A0003" w:tentative="1">
      <w:start w:val="1"/>
      <w:numFmt w:val="bullet"/>
      <w:lvlText w:val="o"/>
      <w:lvlJc w:val="left"/>
      <w:pPr>
        <w:ind w:left="5106" w:hanging="360"/>
      </w:pPr>
      <w:rPr>
        <w:rFonts w:ascii="Courier New" w:hAnsi="Courier New" w:cs="Courier New" w:hint="default"/>
      </w:rPr>
    </w:lvl>
    <w:lvl w:ilvl="8" w:tplc="300A0005" w:tentative="1">
      <w:start w:val="1"/>
      <w:numFmt w:val="bullet"/>
      <w:lvlText w:val=""/>
      <w:lvlJc w:val="left"/>
      <w:pPr>
        <w:ind w:left="5826" w:hanging="360"/>
      </w:pPr>
      <w:rPr>
        <w:rFonts w:ascii="Wingdings" w:hAnsi="Wingdings" w:hint="default"/>
      </w:rPr>
    </w:lvl>
  </w:abstractNum>
  <w:abstractNum w:abstractNumId="10" w15:restartNumberingAfterBreak="0">
    <w:nsid w:val="1F222169"/>
    <w:multiLevelType w:val="hybridMultilevel"/>
    <w:tmpl w:val="04DA5D8C"/>
    <w:lvl w:ilvl="0" w:tplc="25BE3B1E">
      <w:start w:val="1"/>
      <w:numFmt w:val="decimal"/>
      <w:lvlText w:val="%1."/>
      <w:lvlJc w:val="left"/>
      <w:pPr>
        <w:ind w:left="360" w:hanging="360"/>
      </w:pPr>
      <w:rPr>
        <w:color w:val="548DD4" w:themeColor="text2" w:themeTint="99"/>
      </w:rPr>
    </w:lvl>
    <w:lvl w:ilvl="1" w:tplc="300A0019" w:tentative="1">
      <w:start w:val="1"/>
      <w:numFmt w:val="lowerLetter"/>
      <w:lvlText w:val="%2."/>
      <w:lvlJc w:val="left"/>
      <w:pPr>
        <w:ind w:left="1440" w:hanging="360"/>
      </w:pPr>
    </w:lvl>
    <w:lvl w:ilvl="2" w:tplc="300A001B" w:tentative="1">
      <w:start w:val="1"/>
      <w:numFmt w:val="lowerRoman"/>
      <w:lvlText w:val="%3."/>
      <w:lvlJc w:val="right"/>
      <w:pPr>
        <w:ind w:left="2160" w:hanging="180"/>
      </w:pPr>
    </w:lvl>
    <w:lvl w:ilvl="3" w:tplc="300A000F" w:tentative="1">
      <w:start w:val="1"/>
      <w:numFmt w:val="decimal"/>
      <w:lvlText w:val="%4."/>
      <w:lvlJc w:val="left"/>
      <w:pPr>
        <w:ind w:left="2880" w:hanging="360"/>
      </w:pPr>
    </w:lvl>
    <w:lvl w:ilvl="4" w:tplc="300A0019" w:tentative="1">
      <w:start w:val="1"/>
      <w:numFmt w:val="lowerLetter"/>
      <w:lvlText w:val="%5."/>
      <w:lvlJc w:val="left"/>
      <w:pPr>
        <w:ind w:left="3600" w:hanging="360"/>
      </w:pPr>
    </w:lvl>
    <w:lvl w:ilvl="5" w:tplc="300A001B" w:tentative="1">
      <w:start w:val="1"/>
      <w:numFmt w:val="lowerRoman"/>
      <w:lvlText w:val="%6."/>
      <w:lvlJc w:val="right"/>
      <w:pPr>
        <w:ind w:left="4320" w:hanging="180"/>
      </w:pPr>
    </w:lvl>
    <w:lvl w:ilvl="6" w:tplc="300A000F" w:tentative="1">
      <w:start w:val="1"/>
      <w:numFmt w:val="decimal"/>
      <w:lvlText w:val="%7."/>
      <w:lvlJc w:val="left"/>
      <w:pPr>
        <w:ind w:left="5040" w:hanging="360"/>
      </w:pPr>
    </w:lvl>
    <w:lvl w:ilvl="7" w:tplc="300A0019" w:tentative="1">
      <w:start w:val="1"/>
      <w:numFmt w:val="lowerLetter"/>
      <w:lvlText w:val="%8."/>
      <w:lvlJc w:val="left"/>
      <w:pPr>
        <w:ind w:left="5760" w:hanging="360"/>
      </w:pPr>
    </w:lvl>
    <w:lvl w:ilvl="8" w:tplc="30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E9622B1"/>
    <w:multiLevelType w:val="multilevel"/>
    <w:tmpl w:val="9C980298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isLgl/>
      <w:lvlText w:val="%1.%2."/>
      <w:lvlJc w:val="left"/>
      <w:pPr>
        <w:ind w:left="720" w:hanging="720"/>
      </w:pPr>
      <w:rPr>
        <w:rFonts w:hint="default"/>
        <w:color w:val="auto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2" w15:restartNumberingAfterBreak="0">
    <w:nsid w:val="68D0326A"/>
    <w:multiLevelType w:val="hybridMultilevel"/>
    <w:tmpl w:val="81EA951C"/>
    <w:lvl w:ilvl="0" w:tplc="B8C859B0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30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30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30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30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30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30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30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30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7CC1399F"/>
    <w:multiLevelType w:val="hybridMultilevel"/>
    <w:tmpl w:val="9EA497C8"/>
    <w:lvl w:ilvl="0" w:tplc="300A0017">
      <w:start w:val="1"/>
      <w:numFmt w:val="lowerLetter"/>
      <w:lvlText w:val="%1)"/>
      <w:lvlJc w:val="left"/>
      <w:pPr>
        <w:ind w:left="720" w:hanging="360"/>
      </w:pPr>
    </w:lvl>
    <w:lvl w:ilvl="1" w:tplc="300A0019" w:tentative="1">
      <w:start w:val="1"/>
      <w:numFmt w:val="lowerLetter"/>
      <w:lvlText w:val="%2."/>
      <w:lvlJc w:val="left"/>
      <w:pPr>
        <w:ind w:left="1440" w:hanging="360"/>
      </w:pPr>
    </w:lvl>
    <w:lvl w:ilvl="2" w:tplc="300A001B" w:tentative="1">
      <w:start w:val="1"/>
      <w:numFmt w:val="lowerRoman"/>
      <w:lvlText w:val="%3."/>
      <w:lvlJc w:val="right"/>
      <w:pPr>
        <w:ind w:left="2160" w:hanging="180"/>
      </w:pPr>
    </w:lvl>
    <w:lvl w:ilvl="3" w:tplc="300A000F" w:tentative="1">
      <w:start w:val="1"/>
      <w:numFmt w:val="decimal"/>
      <w:lvlText w:val="%4."/>
      <w:lvlJc w:val="left"/>
      <w:pPr>
        <w:ind w:left="2880" w:hanging="360"/>
      </w:pPr>
    </w:lvl>
    <w:lvl w:ilvl="4" w:tplc="300A0019" w:tentative="1">
      <w:start w:val="1"/>
      <w:numFmt w:val="lowerLetter"/>
      <w:lvlText w:val="%5."/>
      <w:lvlJc w:val="left"/>
      <w:pPr>
        <w:ind w:left="3600" w:hanging="360"/>
      </w:pPr>
    </w:lvl>
    <w:lvl w:ilvl="5" w:tplc="300A001B" w:tentative="1">
      <w:start w:val="1"/>
      <w:numFmt w:val="lowerRoman"/>
      <w:lvlText w:val="%6."/>
      <w:lvlJc w:val="right"/>
      <w:pPr>
        <w:ind w:left="4320" w:hanging="180"/>
      </w:pPr>
    </w:lvl>
    <w:lvl w:ilvl="6" w:tplc="300A000F" w:tentative="1">
      <w:start w:val="1"/>
      <w:numFmt w:val="decimal"/>
      <w:lvlText w:val="%7."/>
      <w:lvlJc w:val="left"/>
      <w:pPr>
        <w:ind w:left="5040" w:hanging="360"/>
      </w:pPr>
    </w:lvl>
    <w:lvl w:ilvl="7" w:tplc="300A0019" w:tentative="1">
      <w:start w:val="1"/>
      <w:numFmt w:val="lowerLetter"/>
      <w:lvlText w:val="%8."/>
      <w:lvlJc w:val="left"/>
      <w:pPr>
        <w:ind w:left="5760" w:hanging="360"/>
      </w:pPr>
    </w:lvl>
    <w:lvl w:ilvl="8" w:tplc="300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931819405">
    <w:abstractNumId w:val="8"/>
  </w:num>
  <w:num w:numId="2" w16cid:durableId="1500537430">
    <w:abstractNumId w:val="6"/>
  </w:num>
  <w:num w:numId="3" w16cid:durableId="177619745">
    <w:abstractNumId w:val="5"/>
  </w:num>
  <w:num w:numId="4" w16cid:durableId="416483092">
    <w:abstractNumId w:val="4"/>
  </w:num>
  <w:num w:numId="5" w16cid:durableId="122163605">
    <w:abstractNumId w:val="7"/>
  </w:num>
  <w:num w:numId="6" w16cid:durableId="631136458">
    <w:abstractNumId w:val="3"/>
  </w:num>
  <w:num w:numId="7" w16cid:durableId="311956530">
    <w:abstractNumId w:val="2"/>
  </w:num>
  <w:num w:numId="8" w16cid:durableId="1164517184">
    <w:abstractNumId w:val="1"/>
  </w:num>
  <w:num w:numId="9" w16cid:durableId="283050179">
    <w:abstractNumId w:val="0"/>
  </w:num>
  <w:num w:numId="10" w16cid:durableId="452789606">
    <w:abstractNumId w:val="11"/>
  </w:num>
  <w:num w:numId="11" w16cid:durableId="732462588">
    <w:abstractNumId w:val="9"/>
  </w:num>
  <w:num w:numId="12" w16cid:durableId="1049572038">
    <w:abstractNumId w:val="10"/>
  </w:num>
  <w:num w:numId="13" w16cid:durableId="204216146">
    <w:abstractNumId w:val="12"/>
  </w:num>
  <w:num w:numId="14" w16cid:durableId="2079401869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characterSpacingControl w:val="doNotCompress"/>
  <w:savePreviewPicture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2116B"/>
    <w:rsid w:val="00034616"/>
    <w:rsid w:val="0006063C"/>
    <w:rsid w:val="00094BFC"/>
    <w:rsid w:val="000B5930"/>
    <w:rsid w:val="000F01A9"/>
    <w:rsid w:val="001200EF"/>
    <w:rsid w:val="0015074B"/>
    <w:rsid w:val="00172FB4"/>
    <w:rsid w:val="001E5B5D"/>
    <w:rsid w:val="001E7B0E"/>
    <w:rsid w:val="00201F62"/>
    <w:rsid w:val="002111A7"/>
    <w:rsid w:val="0022714E"/>
    <w:rsid w:val="0029639D"/>
    <w:rsid w:val="002C4A89"/>
    <w:rsid w:val="002F214F"/>
    <w:rsid w:val="003259D7"/>
    <w:rsid w:val="00326F90"/>
    <w:rsid w:val="003A6578"/>
    <w:rsid w:val="00417319"/>
    <w:rsid w:val="00485C45"/>
    <w:rsid w:val="00522ADA"/>
    <w:rsid w:val="00545260"/>
    <w:rsid w:val="005B27D0"/>
    <w:rsid w:val="005B2E60"/>
    <w:rsid w:val="005C0DAC"/>
    <w:rsid w:val="00667403"/>
    <w:rsid w:val="00680667"/>
    <w:rsid w:val="006830F3"/>
    <w:rsid w:val="00741072"/>
    <w:rsid w:val="0076358A"/>
    <w:rsid w:val="00765CD5"/>
    <w:rsid w:val="007A1E55"/>
    <w:rsid w:val="007C5B29"/>
    <w:rsid w:val="007E255D"/>
    <w:rsid w:val="007F02D6"/>
    <w:rsid w:val="00847E0A"/>
    <w:rsid w:val="00865078"/>
    <w:rsid w:val="008C3FA9"/>
    <w:rsid w:val="008D4BED"/>
    <w:rsid w:val="008D5AB7"/>
    <w:rsid w:val="0093707C"/>
    <w:rsid w:val="009610B1"/>
    <w:rsid w:val="009A5F0C"/>
    <w:rsid w:val="009B6483"/>
    <w:rsid w:val="009C361D"/>
    <w:rsid w:val="00A260DD"/>
    <w:rsid w:val="00A352D7"/>
    <w:rsid w:val="00A700C6"/>
    <w:rsid w:val="00A93AC6"/>
    <w:rsid w:val="00AA1D8D"/>
    <w:rsid w:val="00AD4B11"/>
    <w:rsid w:val="00AE6465"/>
    <w:rsid w:val="00B47730"/>
    <w:rsid w:val="00B85AC1"/>
    <w:rsid w:val="00B90149"/>
    <w:rsid w:val="00B94C77"/>
    <w:rsid w:val="00BC61D8"/>
    <w:rsid w:val="00BF30A6"/>
    <w:rsid w:val="00C2607A"/>
    <w:rsid w:val="00C3425A"/>
    <w:rsid w:val="00C37043"/>
    <w:rsid w:val="00C753EE"/>
    <w:rsid w:val="00C96067"/>
    <w:rsid w:val="00CB0664"/>
    <w:rsid w:val="00CB3B3E"/>
    <w:rsid w:val="00CB3D20"/>
    <w:rsid w:val="00CF7785"/>
    <w:rsid w:val="00D15FCE"/>
    <w:rsid w:val="00D44AE8"/>
    <w:rsid w:val="00DB10D6"/>
    <w:rsid w:val="00E05040"/>
    <w:rsid w:val="00E064A0"/>
    <w:rsid w:val="00E32917"/>
    <w:rsid w:val="00E54BF3"/>
    <w:rsid w:val="00EA1E5F"/>
    <w:rsid w:val="00ED55CF"/>
    <w:rsid w:val="00FB3E76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6812E7C9"/>
  <w14:defaultImageDpi w14:val="300"/>
  <w15:docId w15:val="{0D8D7E72-DDAE-4D0A-8B62-1E65C7122D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693F"/>
  </w:style>
  <w:style w:type="paragraph" w:styleId="Ttulo1">
    <w:name w:val="heading 1"/>
    <w:basedOn w:val="Normal"/>
    <w:next w:val="Normal"/>
    <w:link w:val="Ttulo1C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tulo2">
    <w:name w:val="heading 2"/>
    <w:basedOn w:val="Normal"/>
    <w:next w:val="Normal"/>
    <w:link w:val="Ttulo2C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Ttulo3">
    <w:name w:val="heading 3"/>
    <w:basedOn w:val="Normal"/>
    <w:next w:val="Normal"/>
    <w:link w:val="Ttulo3C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E618BF"/>
  </w:style>
  <w:style w:type="paragraph" w:styleId="Piedepgina">
    <w:name w:val="footer"/>
    <w:basedOn w:val="Normal"/>
    <w:link w:val="PiedepginaC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E618BF"/>
  </w:style>
  <w:style w:type="paragraph" w:styleId="Sinespaciado">
    <w:name w:val="No Spacing"/>
    <w:uiPriority w:val="1"/>
    <w:qFormat/>
    <w:rsid w:val="00FC693F"/>
    <w:pPr>
      <w:spacing w:after="0" w:line="240" w:lineRule="auto"/>
    </w:pPr>
  </w:style>
  <w:style w:type="character" w:customStyle="1" w:styleId="Ttulo1Car">
    <w:name w:val="Título 1 Car"/>
    <w:basedOn w:val="Fuentedeprrafopredeter"/>
    <w:link w:val="Ttulo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Ttulo2Car">
    <w:name w:val="Título 2 Car"/>
    <w:basedOn w:val="Fuentedeprrafopredeter"/>
    <w:link w:val="Ttulo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Ttulo3Car">
    <w:name w:val="Título 3 Car"/>
    <w:basedOn w:val="Fuentedeprrafopredeter"/>
    <w:link w:val="Ttulo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tulo">
    <w:name w:val="Title"/>
    <w:basedOn w:val="Normal"/>
    <w:next w:val="Normal"/>
    <w:link w:val="TtuloC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tuloCar">
    <w:name w:val="Título Car"/>
    <w:basedOn w:val="Fuentedeprrafopredeter"/>
    <w:link w:val="Ttulo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tulo">
    <w:name w:val="Subtitle"/>
    <w:basedOn w:val="Normal"/>
    <w:next w:val="Normal"/>
    <w:link w:val="SubttuloC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tuloCar">
    <w:name w:val="Subtítulo Car"/>
    <w:basedOn w:val="Fuentedeprrafopredeter"/>
    <w:link w:val="Subttulo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Prrafodelista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Textoindependiente">
    <w:name w:val="Body Text"/>
    <w:basedOn w:val="Normal"/>
    <w:link w:val="TextoindependienteCar"/>
    <w:uiPriority w:val="99"/>
    <w:unhideWhenUsed/>
    <w:rsid w:val="00AA1D8D"/>
    <w:pPr>
      <w:spacing w:after="120"/>
    </w:pPr>
  </w:style>
  <w:style w:type="character" w:customStyle="1" w:styleId="TextoindependienteCar">
    <w:name w:val="Texto independiente Car"/>
    <w:basedOn w:val="Fuentedeprrafopredeter"/>
    <w:link w:val="Textoindependiente"/>
    <w:uiPriority w:val="99"/>
    <w:rsid w:val="00AA1D8D"/>
  </w:style>
  <w:style w:type="paragraph" w:styleId="Textoindependiente2">
    <w:name w:val="Body Text 2"/>
    <w:basedOn w:val="Normal"/>
    <w:link w:val="Textoindependiente2Car"/>
    <w:uiPriority w:val="99"/>
    <w:unhideWhenUsed/>
    <w:rsid w:val="00AA1D8D"/>
    <w:pPr>
      <w:spacing w:after="120" w:line="480" w:lineRule="auto"/>
    </w:pPr>
  </w:style>
  <w:style w:type="character" w:customStyle="1" w:styleId="Textoindependiente2Car">
    <w:name w:val="Texto independiente 2 Car"/>
    <w:basedOn w:val="Fuentedeprrafopredeter"/>
    <w:link w:val="Textoindependiente2"/>
    <w:uiPriority w:val="99"/>
    <w:rsid w:val="00AA1D8D"/>
  </w:style>
  <w:style w:type="paragraph" w:styleId="Textoindependiente3">
    <w:name w:val="Body Text 3"/>
    <w:basedOn w:val="Normal"/>
    <w:link w:val="Textoindependiente3C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Textoindependiente3Car">
    <w:name w:val="Texto independiente 3 Car"/>
    <w:basedOn w:val="Fuentedeprrafopredeter"/>
    <w:link w:val="Textoindependiente3"/>
    <w:uiPriority w:val="99"/>
    <w:rsid w:val="00AA1D8D"/>
    <w:rPr>
      <w:sz w:val="16"/>
      <w:szCs w:val="16"/>
    </w:rPr>
  </w:style>
  <w:style w:type="paragraph" w:styleId="Lista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a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a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aconvietas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aconvietas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aconvietas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aconnmeros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aconnmeros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aconnmeros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Continuarlista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Continuarlista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Continuarlista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Textomacro">
    <w:name w:val="macro"/>
    <w:link w:val="TextomacroC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TextomacroCar">
    <w:name w:val="Texto macro Car"/>
    <w:basedOn w:val="Fuentedeprrafopredeter"/>
    <w:link w:val="Textomacro"/>
    <w:uiPriority w:val="99"/>
    <w:rsid w:val="0029639D"/>
    <w:rPr>
      <w:rFonts w:ascii="Courier" w:hAnsi="Courier"/>
      <w:sz w:val="20"/>
      <w:szCs w:val="20"/>
    </w:rPr>
  </w:style>
  <w:style w:type="paragraph" w:styleId="Cita">
    <w:name w:val="Quote"/>
    <w:basedOn w:val="Normal"/>
    <w:next w:val="Normal"/>
    <w:link w:val="CitaCar"/>
    <w:uiPriority w:val="29"/>
    <w:qFormat/>
    <w:rsid w:val="00FC693F"/>
    <w:rPr>
      <w:i/>
      <w:iCs/>
      <w:color w:val="000000" w:themeColor="text1"/>
    </w:rPr>
  </w:style>
  <w:style w:type="character" w:customStyle="1" w:styleId="CitaCar">
    <w:name w:val="Cita Car"/>
    <w:basedOn w:val="Fuentedeprrafopredeter"/>
    <w:link w:val="Cita"/>
    <w:uiPriority w:val="29"/>
    <w:rsid w:val="00FC693F"/>
    <w:rPr>
      <w:i/>
      <w:iCs/>
      <w:color w:val="000000" w:themeColor="text1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Descripci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Fuerte">
    <w:name w:val="Strong"/>
    <w:basedOn w:val="Fuentedeprrafopredeter"/>
    <w:uiPriority w:val="22"/>
    <w:qFormat/>
    <w:rsid w:val="00FC693F"/>
    <w:rPr>
      <w:b/>
      <w:bCs/>
    </w:rPr>
  </w:style>
  <w:style w:type="character" w:styleId="nfasis">
    <w:name w:val="Emphasis"/>
    <w:basedOn w:val="Fuentedeprrafopredeter"/>
    <w:uiPriority w:val="20"/>
    <w:qFormat/>
    <w:rsid w:val="00FC693F"/>
    <w:rPr>
      <w:i/>
      <w:iCs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FC693F"/>
    <w:rPr>
      <w:b/>
      <w:bCs/>
      <w:i/>
      <w:iCs/>
      <w:color w:val="4F81BD" w:themeColor="accent1"/>
    </w:rPr>
  </w:style>
  <w:style w:type="character" w:styleId="nfasissutil">
    <w:name w:val="Subtle Emphasis"/>
    <w:basedOn w:val="Fuentedeprrafopredeter"/>
    <w:uiPriority w:val="19"/>
    <w:qFormat/>
    <w:rsid w:val="00FC693F"/>
    <w:rPr>
      <w:i/>
      <w:iCs/>
      <w:color w:val="808080" w:themeColor="text1" w:themeTint="7F"/>
    </w:rPr>
  </w:style>
  <w:style w:type="character" w:styleId="nfasisintenso">
    <w:name w:val="Intense Emphasis"/>
    <w:basedOn w:val="Fuentedeprrafopredeter"/>
    <w:uiPriority w:val="21"/>
    <w:qFormat/>
    <w:rsid w:val="00FC693F"/>
    <w:rPr>
      <w:b/>
      <w:bCs/>
      <w:i/>
      <w:iCs/>
      <w:color w:val="4F81BD" w:themeColor="accent1"/>
    </w:rPr>
  </w:style>
  <w:style w:type="character" w:styleId="Referenciasutil">
    <w:name w:val="Subtle Reference"/>
    <w:basedOn w:val="Fuentedeprrafopredeter"/>
    <w:uiPriority w:val="31"/>
    <w:qFormat/>
    <w:rsid w:val="00FC693F"/>
    <w:rPr>
      <w:smallCaps/>
      <w:color w:val="C0504D" w:themeColor="accent2"/>
      <w:u w:val="single"/>
    </w:rPr>
  </w:style>
  <w:style w:type="character" w:styleId="Referenciaintensa">
    <w:name w:val="Intense Reference"/>
    <w:basedOn w:val="Fuentedeprrafopredeter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Ttulodellibro">
    <w:name w:val="Book Title"/>
    <w:basedOn w:val="Fuentedeprrafopredeter"/>
    <w:uiPriority w:val="33"/>
    <w:qFormat/>
    <w:rsid w:val="00FC693F"/>
    <w:rPr>
      <w:b/>
      <w:bCs/>
      <w:smallCaps/>
      <w:spacing w:val="5"/>
    </w:rPr>
  </w:style>
  <w:style w:type="paragraph" w:styleId="TtuloTDC">
    <w:name w:val="TOC Heading"/>
    <w:basedOn w:val="Ttulo1"/>
    <w:next w:val="Normal"/>
    <w:uiPriority w:val="39"/>
    <w:semiHidden/>
    <w:unhideWhenUsed/>
    <w:qFormat/>
    <w:rsid w:val="00FC693F"/>
    <w:pPr>
      <w:outlineLvl w:val="9"/>
    </w:pPr>
  </w:style>
  <w:style w:type="table" w:styleId="Tablaconcuadrcula">
    <w:name w:val="Table Grid"/>
    <w:basedOn w:val="Tablanormal"/>
    <w:uiPriority w:val="3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Sombreadoclaro">
    <w:name w:val="Light Shading"/>
    <w:basedOn w:val="Tabla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Sombreadoclaro-nfasis1">
    <w:name w:val="Light Shading Accent 1"/>
    <w:basedOn w:val="Tabla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Sombreadoclaro-nfasis2">
    <w:name w:val="Light Shading Accent 2"/>
    <w:basedOn w:val="Tabla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Sombreadoclaro-nfasis3">
    <w:name w:val="Light Shading Accent 3"/>
    <w:basedOn w:val="Tabla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Sombreadoclaro-nfasis4">
    <w:name w:val="Light Shading Accent 4"/>
    <w:basedOn w:val="Tabla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Sombreadoclaro-nfasis5">
    <w:name w:val="Light Shading Accent 5"/>
    <w:basedOn w:val="Tabla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Sombreadoclaro-nfasis6">
    <w:name w:val="Light Shading Accent 6"/>
    <w:basedOn w:val="Tabla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staclara">
    <w:name w:val="Light List"/>
    <w:basedOn w:val="Tabla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staclara-nfasis1">
    <w:name w:val="Light List Accent 1"/>
    <w:basedOn w:val="Tabla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staclara-nfasis2">
    <w:name w:val="Light List Accent 2"/>
    <w:basedOn w:val="Tabla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staclara-nfasis3">
    <w:name w:val="Light List Accent 3"/>
    <w:basedOn w:val="Tabla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staclara-nfasis4">
    <w:name w:val="Light List Accent 4"/>
    <w:basedOn w:val="Tabla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staclara-nfasis5">
    <w:name w:val="Light List Accent 5"/>
    <w:basedOn w:val="Tabla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staclara-nfasis6">
    <w:name w:val="Light List Accent 6"/>
    <w:basedOn w:val="Tabla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Cuadrculaclara">
    <w:name w:val="Light Grid"/>
    <w:basedOn w:val="Tab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Cuadrculaclara-nfasis1">
    <w:name w:val="Light Grid Accent 1"/>
    <w:basedOn w:val="Tab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Cuadrculaclara-nfasis2">
    <w:name w:val="Light Grid Accent 2"/>
    <w:basedOn w:val="Tab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Cuadrculaclara-nfasis3">
    <w:name w:val="Light Grid Accent 3"/>
    <w:basedOn w:val="Tab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Cuadrculaclara-nfasis4">
    <w:name w:val="Light Grid Accent 4"/>
    <w:basedOn w:val="Tab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Cuadrculaclara-nfasis5">
    <w:name w:val="Light Grid Accent 5"/>
    <w:basedOn w:val="Tab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Cuadrculaclara-nfasis6">
    <w:name w:val="Light Grid Accent 6"/>
    <w:basedOn w:val="Tab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Sombreadomedio1">
    <w:name w:val="Medium Shading 1"/>
    <w:basedOn w:val="Tab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domedio1-nfasis1">
    <w:name w:val="Medium Shading 1 Accent 1"/>
    <w:basedOn w:val="Tab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domedio1-nfasis2">
    <w:name w:val="Medium Shading 1 Accent 2"/>
    <w:basedOn w:val="Tab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domedio1-nfasis3">
    <w:name w:val="Medium Shading 1 Accent 3"/>
    <w:basedOn w:val="Tab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domedio1-nfasis4">
    <w:name w:val="Medium Shading 1 Accent 4"/>
    <w:basedOn w:val="Tab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domedio1-nfasis5">
    <w:name w:val="Medium Shading 1 Accent 5"/>
    <w:basedOn w:val="Tab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domedio1-nfasis6">
    <w:name w:val="Medium Shading 1 Accent 6"/>
    <w:basedOn w:val="Tab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domedio2">
    <w:name w:val="Medium Shading 2"/>
    <w:basedOn w:val="Tab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domedio2-nfasis1">
    <w:name w:val="Medium Shading 2 Accent 1"/>
    <w:basedOn w:val="Tab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domedio2-nfasis2">
    <w:name w:val="Medium Shading 2 Accent 2"/>
    <w:basedOn w:val="Tab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domedio2-nfasis3">
    <w:name w:val="Medium Shading 2 Accent 3"/>
    <w:basedOn w:val="Tab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domedio2-nfasis4">
    <w:name w:val="Medium Shading 2 Accent 4"/>
    <w:basedOn w:val="Tab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domedio2-nfasis5">
    <w:name w:val="Medium Shading 2 Accent 5"/>
    <w:basedOn w:val="Tab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domedio2-nfasis6">
    <w:name w:val="Medium Shading 2 Accent 6"/>
    <w:basedOn w:val="Tab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Listamedia1">
    <w:name w:val="Medium List 1"/>
    <w:basedOn w:val="Tab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Listamedia1-nfasis1">
    <w:name w:val="Medium List 1 Accent 1"/>
    <w:basedOn w:val="Tab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Listamedia1-nfasis2">
    <w:name w:val="Medium List 1 Accent 2"/>
    <w:basedOn w:val="Tab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Listamedia1-nfasis3">
    <w:name w:val="Medium List 1 Accent 3"/>
    <w:basedOn w:val="Tab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Listamedia1-nfasis4">
    <w:name w:val="Medium List 1 Accent 4"/>
    <w:basedOn w:val="Tab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Listamedia1-nfasis5">
    <w:name w:val="Medium List 1 Accent 5"/>
    <w:basedOn w:val="Tab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Listamedia1-nfasis6">
    <w:name w:val="Medium List 1 Accent 6"/>
    <w:basedOn w:val="Tab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Listamedia2">
    <w:name w:val="Medium List 2"/>
    <w:basedOn w:val="Tab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edia2-nfasis1">
    <w:name w:val="Medium List 2 Accent 1"/>
    <w:basedOn w:val="Tab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edia2-nfasis2">
    <w:name w:val="Medium List 2 Accent 2"/>
    <w:basedOn w:val="Tab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edia2-nfasis3">
    <w:name w:val="Medium List 2 Accent 3"/>
    <w:basedOn w:val="Tab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edia2-nfasis4">
    <w:name w:val="Medium List 2 Accent 4"/>
    <w:basedOn w:val="Tab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edia2-nfasis5">
    <w:name w:val="Medium List 2 Accent 5"/>
    <w:basedOn w:val="Tab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edia2-nfasis6">
    <w:name w:val="Medium List 2 Accent 6"/>
    <w:basedOn w:val="Tab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Cuadrculamedia1">
    <w:name w:val="Medium Grid 1"/>
    <w:basedOn w:val="Tab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uadrculamedia1-nfasis1">
    <w:name w:val="Medium Grid 1 Accent 1"/>
    <w:basedOn w:val="Tab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uadrculamedia1-nfasis2">
    <w:name w:val="Medium Grid 1 Accent 2"/>
    <w:basedOn w:val="Tab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uadrculamedia1-nfasis3">
    <w:name w:val="Medium Grid 1 Accent 3"/>
    <w:basedOn w:val="Tab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uadrculamedia1-nfasis4">
    <w:name w:val="Medium Grid 1 Accent 4"/>
    <w:basedOn w:val="Tab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uadrculamedia1-nfasis5">
    <w:name w:val="Medium Grid 1 Accent 5"/>
    <w:basedOn w:val="Tab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uadrculamedia1-nfasis6">
    <w:name w:val="Medium Grid 1 Accent 6"/>
    <w:basedOn w:val="Tab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Cuadrculamedia2">
    <w:name w:val="Medium Grid 2"/>
    <w:basedOn w:val="Tab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Cuadrculamedia2-nfasis1">
    <w:name w:val="Medium Grid 2 Accent 1"/>
    <w:basedOn w:val="Tab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Cuadrculamedia2-nfasis2">
    <w:name w:val="Medium Grid 2 Accent 2"/>
    <w:basedOn w:val="Tab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Cuadrculamedia2-nfasis3">
    <w:name w:val="Medium Grid 2 Accent 3"/>
    <w:basedOn w:val="Tab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Cuadrculamedia2-nfasis4">
    <w:name w:val="Medium Grid 2 Accent 4"/>
    <w:basedOn w:val="Tab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Cuadrculamedia2-nfasis5">
    <w:name w:val="Medium Grid 2 Accent 5"/>
    <w:basedOn w:val="Tab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Cuadrculamedia2-nfasis6">
    <w:name w:val="Medium Grid 2 Accent 6"/>
    <w:basedOn w:val="Tab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Cuadrculamedia3">
    <w:name w:val="Medium Grid 3"/>
    <w:basedOn w:val="Tab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Cuadrculamedia3-nfasis1">
    <w:name w:val="Medium Grid 3 Accent 1"/>
    <w:basedOn w:val="Tab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Cuadrculamedia3-nfasis2">
    <w:name w:val="Medium Grid 3 Accent 2"/>
    <w:basedOn w:val="Tab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Cuadrculamedia3-nfasis3">
    <w:name w:val="Medium Grid 3 Accent 3"/>
    <w:basedOn w:val="Tab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Cuadrculamedia3-nfasis4">
    <w:name w:val="Medium Grid 3 Accent 4"/>
    <w:basedOn w:val="Tab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Cuadrculamedia3-nfasis5">
    <w:name w:val="Medium Grid 3 Accent 5"/>
    <w:basedOn w:val="Tab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Cuadrculamedia3-nfasis6">
    <w:name w:val="Medium Grid 3 Accent 6"/>
    <w:basedOn w:val="Tab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Listaoscura">
    <w:name w:val="Dark List"/>
    <w:basedOn w:val="Tab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Listaoscura-nfasis1">
    <w:name w:val="Dark List Accent 1"/>
    <w:basedOn w:val="Tab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Listaoscura-nfasis2">
    <w:name w:val="Dark List Accent 2"/>
    <w:basedOn w:val="Tab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Listaoscura-nfasis3">
    <w:name w:val="Dark List Accent 3"/>
    <w:basedOn w:val="Tab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Listaoscura-nfasis4">
    <w:name w:val="Dark List Accent 4"/>
    <w:basedOn w:val="Tab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Listaoscura-nfasis5">
    <w:name w:val="Dark List Accent 5"/>
    <w:basedOn w:val="Tab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Listaoscura-nfasis6">
    <w:name w:val="Dark List Accent 6"/>
    <w:basedOn w:val="Tab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Sombreadovistoso">
    <w:name w:val="Colorful Shading"/>
    <w:basedOn w:val="Tab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ombreadovistoso-nfasis1">
    <w:name w:val="Colorful Shading Accent 1"/>
    <w:basedOn w:val="Tab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ombreadovistoso-nfasis2">
    <w:name w:val="Colorful Shading Accent 2"/>
    <w:basedOn w:val="Tab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ombreadovistoso-nfasis3">
    <w:name w:val="Colorful Shading Accent 3"/>
    <w:basedOn w:val="Tab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Sombreadovistoso-nfasis4">
    <w:name w:val="Colorful Shading Accent 4"/>
    <w:basedOn w:val="Tab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ombreadovistoso-nfasis5">
    <w:name w:val="Colorful Shading Accent 5"/>
    <w:basedOn w:val="Tab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ombreadovistoso-nfasis6">
    <w:name w:val="Colorful Shading Accent 6"/>
    <w:basedOn w:val="Tab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Listavistosa">
    <w:name w:val="Colorful List"/>
    <w:basedOn w:val="Tab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avistosa-nfasis1">
    <w:name w:val="Colorful List Accent 1"/>
    <w:basedOn w:val="Tab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Listavistosa-nfasis2">
    <w:name w:val="Colorful List Accent 2"/>
    <w:basedOn w:val="Tab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Listavistosa-nfasis3">
    <w:name w:val="Colorful List Accent 3"/>
    <w:basedOn w:val="Tab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Listavistosa-nfasis4">
    <w:name w:val="Colorful List Accent 4"/>
    <w:basedOn w:val="Tab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Listavistosa-nfasis5">
    <w:name w:val="Colorful List Accent 5"/>
    <w:basedOn w:val="Tab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Listavistosa-nfasis6">
    <w:name w:val="Colorful List Accent 6"/>
    <w:basedOn w:val="Tab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uadrculavistosa">
    <w:name w:val="Colorful Grid"/>
    <w:basedOn w:val="Tab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uadrculavistosa-nfasis1">
    <w:name w:val="Colorful Grid Accent 1"/>
    <w:basedOn w:val="Tab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uadrculavistosa-nfasis2">
    <w:name w:val="Colorful Grid Accent 2"/>
    <w:basedOn w:val="Tab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uadrculavistosa-nfasis3">
    <w:name w:val="Colorful Grid Accent 3"/>
    <w:basedOn w:val="Tab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uadrculavistosa-nfasis4">
    <w:name w:val="Colorful Grid Accent 4"/>
    <w:basedOn w:val="Tab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uadrculavistosa-nfasis5">
    <w:name w:val="Colorful Grid Accent 5"/>
    <w:basedOn w:val="Tab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uadrculavistosa-nfasis6">
    <w:name w:val="Colorful Grid Accent 6"/>
    <w:basedOn w:val="Tab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02347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152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788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960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403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063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5570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5884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5550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294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8</Pages>
  <Words>786</Words>
  <Characters>4782</Characters>
  <Application>Microsoft Office Word</Application>
  <DocSecurity>0</DocSecurity>
  <Lines>622</Lines>
  <Paragraphs>135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Manager/>
  <Company/>
  <LinksUpToDate>false</LinksUpToDate>
  <CharactersWithSpaces>5551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CEDEÑO MACIAS ANA LUCIA</cp:lastModifiedBy>
  <cp:revision>2</cp:revision>
  <dcterms:created xsi:type="dcterms:W3CDTF">2026-02-06T16:29:00Z</dcterms:created>
  <dcterms:modified xsi:type="dcterms:W3CDTF">2026-02-06T16:29:00Z</dcterms:modified>
  <cp:category/>
</cp:coreProperties>
</file>